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D282A" w14:textId="77777777" w:rsidR="003911F1" w:rsidRDefault="003911F1">
      <w:pPr>
        <w:spacing w:before="240" w:after="80"/>
        <w:jc w:val="center"/>
        <w:rPr>
          <w:i/>
          <w:color w:val="666666"/>
          <w:sz w:val="18"/>
        </w:rPr>
      </w:pPr>
    </w:p>
    <w:p w14:paraId="4A2D31AD" w14:textId="6E6DDB90" w:rsidR="00AF58E1" w:rsidRPr="004A3170" w:rsidRDefault="00000000">
      <w:pPr>
        <w:spacing w:before="240" w:after="80"/>
        <w:jc w:val="center"/>
      </w:pPr>
      <w:r w:rsidRPr="004A3170">
        <w:rPr>
          <w:b/>
          <w:color w:val="0F2240"/>
          <w:sz w:val="28"/>
        </w:rPr>
        <w:t>KARTA OCENY FORMALNO-MERYTORYCZNEJ OFERTY</w:t>
      </w:r>
    </w:p>
    <w:p w14:paraId="42D78CCB" w14:textId="4511FD80" w:rsidR="00AF58E1" w:rsidRPr="004A3170" w:rsidRDefault="00000000">
      <w:pPr>
        <w:spacing w:after="360"/>
        <w:jc w:val="center"/>
      </w:pPr>
      <w:r w:rsidRPr="004A3170">
        <w:rPr>
          <w:b/>
          <w:color w:val="2F5496"/>
          <w:sz w:val="21"/>
        </w:rPr>
        <w:t>złożonej w otwartym naborze partnera społecznego do wspólnej realizacji mini-projektu</w:t>
      </w:r>
      <w:r w:rsidRPr="004A3170">
        <w:rPr>
          <w:b/>
          <w:color w:val="2F5496"/>
          <w:sz w:val="21"/>
        </w:rPr>
        <w:br/>
        <w:t>„</w:t>
      </w:r>
      <w:r w:rsidR="0031758F" w:rsidRPr="0031758F">
        <w:rPr>
          <w:b/>
          <w:color w:val="2F5496"/>
          <w:sz w:val="21"/>
        </w:rPr>
        <w:t>Moje miejsce w Moim mieście – rewitalizacja podwórek w Ostródzie</w:t>
      </w:r>
      <w:r w:rsidRPr="004A3170">
        <w:rPr>
          <w:b/>
          <w:color w:val="2F5496"/>
          <w:sz w:val="21"/>
        </w:rPr>
        <w:t>”</w:t>
      </w:r>
      <w:r w:rsidRPr="004A3170">
        <w:rPr>
          <w:b/>
          <w:color w:val="2F5496"/>
          <w:sz w:val="21"/>
        </w:rPr>
        <w:br/>
        <w:t>w ramach konkursu „Regionalne Granty na Rewitalizację”</w:t>
      </w:r>
    </w:p>
    <w:p w14:paraId="62412481" w14:textId="77777777" w:rsidR="00AF58E1" w:rsidRPr="004A3170" w:rsidRDefault="00000000">
      <w:pPr>
        <w:keepNext/>
        <w:spacing w:before="240" w:after="120"/>
      </w:pPr>
      <w:r w:rsidRPr="004A3170">
        <w:rPr>
          <w:b/>
          <w:color w:val="0F2240"/>
          <w:sz w:val="26"/>
        </w:rPr>
        <w:t>I. Informacje podstawowe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768"/>
      </w:tblGrid>
      <w:tr w:rsidR="00AF58E1" w:rsidRPr="004A3170" w14:paraId="5AF24B70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22641E" w14:textId="77777777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Nazwa kandydata na Partnera:</w:t>
            </w:r>
          </w:p>
        </w:tc>
        <w:tc>
          <w:tcPr>
            <w:tcW w:w="676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67CB62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6A9075EA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44E38D" w14:textId="77777777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Tytuł mini-projektu:</w:t>
            </w:r>
          </w:p>
        </w:tc>
        <w:tc>
          <w:tcPr>
            <w:tcW w:w="676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DA663A" w14:textId="2683EA2D" w:rsidR="00AF58E1" w:rsidRPr="004A3170" w:rsidRDefault="0031758F">
            <w:pPr>
              <w:spacing w:after="0"/>
            </w:pPr>
            <w:r w:rsidRPr="0031758F">
              <w:t>Moje miejsce w Moim mieście – rewitalizacja podwórek w Ostródzie</w:t>
            </w:r>
          </w:p>
        </w:tc>
      </w:tr>
      <w:tr w:rsidR="00AF58E1" w:rsidRPr="004A3170" w14:paraId="524AF175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0890B6" w14:textId="77777777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Lider Partnerstwa:</w:t>
            </w:r>
          </w:p>
        </w:tc>
        <w:tc>
          <w:tcPr>
            <w:tcW w:w="676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A475E0" w14:textId="77777777" w:rsidR="00AF58E1" w:rsidRPr="004A3170" w:rsidRDefault="00000000">
            <w:pPr>
              <w:spacing w:after="0"/>
            </w:pPr>
            <w:r w:rsidRPr="004A3170">
              <w:rPr>
                <w:sz w:val="19"/>
              </w:rPr>
              <w:t>Gmina Miejska Ostróda</w:t>
            </w:r>
          </w:p>
        </w:tc>
      </w:tr>
      <w:tr w:rsidR="00AF58E1" w:rsidRPr="004A3170" w14:paraId="2661BEDF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1E029A" w14:textId="77777777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Data wpływu oferty:</w:t>
            </w:r>
          </w:p>
        </w:tc>
        <w:tc>
          <w:tcPr>
            <w:tcW w:w="676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69368" w14:textId="77777777" w:rsidR="00AF58E1" w:rsidRPr="004A3170" w:rsidRDefault="00000000">
            <w:pPr>
              <w:spacing w:after="0"/>
            </w:pPr>
            <w:r w:rsidRPr="004A3170">
              <w:rPr>
                <w:sz w:val="19"/>
              </w:rPr>
              <w:t>......................................................... r. (Nr wpływu: ............................)</w:t>
            </w:r>
          </w:p>
        </w:tc>
      </w:tr>
      <w:tr w:rsidR="00AF58E1" w:rsidRPr="004A3170" w14:paraId="4950546E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E42C6F" w14:textId="77777777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Imię i nazwisko oceniającego:</w:t>
            </w:r>
          </w:p>
        </w:tc>
        <w:tc>
          <w:tcPr>
            <w:tcW w:w="676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89535F" w14:textId="77777777" w:rsidR="00AF58E1" w:rsidRPr="004A3170" w:rsidRDefault="00000000">
            <w:pPr>
              <w:spacing w:after="0"/>
            </w:pPr>
            <w:r w:rsidRPr="004A3170">
              <w:rPr>
                <w:sz w:val="19"/>
              </w:rPr>
              <w:t>......................................................................................................................</w:t>
            </w:r>
          </w:p>
        </w:tc>
      </w:tr>
    </w:tbl>
    <w:p w14:paraId="29C3CF89" w14:textId="77777777" w:rsidR="00AF58E1" w:rsidRPr="004A3170" w:rsidRDefault="00AF58E1">
      <w:pPr>
        <w:spacing w:after="120"/>
      </w:pPr>
    </w:p>
    <w:p w14:paraId="57FD90DC" w14:textId="77777777" w:rsidR="00AF58E1" w:rsidRPr="004A3170" w:rsidRDefault="00000000">
      <w:pPr>
        <w:keepNext/>
        <w:spacing w:before="240" w:after="120"/>
      </w:pPr>
      <w:r w:rsidRPr="004A3170">
        <w:rPr>
          <w:b/>
          <w:color w:val="0F2240"/>
          <w:sz w:val="26"/>
        </w:rPr>
        <w:t>II. Część A: Ocena formalna (kryteria zero-jedynkowe)</w:t>
      </w:r>
    </w:p>
    <w:p w14:paraId="35AB3CD0" w14:textId="77777777" w:rsidR="00AF58E1" w:rsidRPr="004A3170" w:rsidRDefault="00000000">
      <w:pPr>
        <w:spacing w:after="120"/>
      </w:pPr>
      <w:r w:rsidRPr="004A3170">
        <w:rPr>
          <w:i/>
          <w:sz w:val="19"/>
        </w:rPr>
        <w:t>Ocena formalna dokonywana jest metodą spełnia/nie spełnia. Niespełnienie któregokolwiek z poniższych kryteriów formalnych skutkuje odrzuceniem oferty bez możliwości jej merytorycznej oceny.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4608"/>
        <w:gridCol w:w="2160"/>
        <w:gridCol w:w="2592"/>
      </w:tblGrid>
      <w:tr w:rsidR="00AF58E1" w:rsidRPr="004A3170" w14:paraId="4753C3C2" w14:textId="77777777">
        <w:trPr>
          <w:jc w:val="center"/>
        </w:trPr>
        <w:tc>
          <w:tcPr>
            <w:tcW w:w="576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548B8D4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Lp.</w:t>
            </w:r>
          </w:p>
        </w:tc>
        <w:tc>
          <w:tcPr>
            <w:tcW w:w="4608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1E75882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Kryterium formalne</w:t>
            </w:r>
          </w:p>
        </w:tc>
        <w:tc>
          <w:tcPr>
            <w:tcW w:w="2160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33B559C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Wynik oceny (Zaznaczyć X)</w:t>
            </w:r>
          </w:p>
        </w:tc>
        <w:tc>
          <w:tcPr>
            <w:tcW w:w="2592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650081C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Uwagi / Uzasadnienie</w:t>
            </w:r>
          </w:p>
        </w:tc>
      </w:tr>
      <w:tr w:rsidR="00AF58E1" w:rsidRPr="004A3170" w14:paraId="775729EC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89BC0B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8"/>
              </w:rPr>
              <w:t>1.</w:t>
            </w:r>
          </w:p>
        </w:tc>
        <w:tc>
          <w:tcPr>
            <w:tcW w:w="46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FFF8A5" w14:textId="77777777" w:rsidR="00AF58E1" w:rsidRPr="004A3170" w:rsidRDefault="00000000">
            <w:pPr>
              <w:spacing w:after="0"/>
            </w:pPr>
            <w:r w:rsidRPr="004A3170">
              <w:rPr>
                <w:sz w:val="18"/>
              </w:rPr>
              <w:t>Oferent jest podmiotem uprawnionym (organizacja pozarządowa w rozumieniu art. 3 ust. 2 ustawy o działalności pożytku publicznego i o wolontariacie lub spółdzielnia socjalna w rozumieniu art. 3 ust. 3 tej ustawy).</w:t>
            </w:r>
          </w:p>
        </w:tc>
        <w:tc>
          <w:tcPr>
            <w:tcW w:w="2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F29527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9"/>
              </w:rPr>
              <w:t>☐ TAK</w:t>
            </w:r>
            <w:r w:rsidRPr="004A3170">
              <w:rPr>
                <w:b/>
                <w:color w:val="0F2240"/>
                <w:sz w:val="19"/>
              </w:rPr>
              <w:br/>
              <w:t>☐ NIE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50D063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09F59E72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F03945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8"/>
              </w:rPr>
              <w:t>2.</w:t>
            </w:r>
          </w:p>
        </w:tc>
        <w:tc>
          <w:tcPr>
            <w:tcW w:w="46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D1F3B1" w14:textId="77777777" w:rsidR="00AF58E1" w:rsidRPr="004A3170" w:rsidRDefault="00000000">
            <w:pPr>
              <w:spacing w:after="0"/>
            </w:pPr>
            <w:r w:rsidRPr="004A3170">
              <w:rPr>
                <w:sz w:val="18"/>
              </w:rPr>
              <w:t>Oferent nie podlega wykluczeniu z możliwości otrzymania dofinansowania (na podstawie art. 207 ustawy o finansach publicznych oraz krajowych i unijnych przepisów sankcyjnych przeciwko Rosji/Białorusi).</w:t>
            </w:r>
          </w:p>
        </w:tc>
        <w:tc>
          <w:tcPr>
            <w:tcW w:w="2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7EAF28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9"/>
              </w:rPr>
              <w:t>☐ TAK</w:t>
            </w:r>
            <w:r w:rsidRPr="004A3170">
              <w:rPr>
                <w:b/>
                <w:color w:val="0F2240"/>
                <w:sz w:val="19"/>
              </w:rPr>
              <w:br/>
              <w:t>☐ NIE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1273EA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3F754622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CC2500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8"/>
              </w:rPr>
              <w:t>3.</w:t>
            </w:r>
          </w:p>
        </w:tc>
        <w:tc>
          <w:tcPr>
            <w:tcW w:w="46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B44392" w14:textId="3FA0C84F" w:rsidR="00AF58E1" w:rsidRPr="004A3170" w:rsidRDefault="00000000">
            <w:pPr>
              <w:spacing w:after="0"/>
            </w:pPr>
            <w:r w:rsidRPr="004A3170">
              <w:rPr>
                <w:sz w:val="18"/>
              </w:rPr>
              <w:t>Oferta została złożona na właściwym formularzu (Załącznik nr 1 do ogłoszenia) w wyznaczonym terminie (decyduje data wpływu) i we właściwy sposób (osobiście</w:t>
            </w:r>
            <w:r w:rsidR="004A3170" w:rsidRPr="004A3170">
              <w:rPr>
                <w:sz w:val="18"/>
              </w:rPr>
              <w:t xml:space="preserve"> lub</w:t>
            </w:r>
            <w:r w:rsidRPr="004A3170">
              <w:rPr>
                <w:sz w:val="18"/>
              </w:rPr>
              <w:t xml:space="preserve"> pocztą).</w:t>
            </w:r>
          </w:p>
        </w:tc>
        <w:tc>
          <w:tcPr>
            <w:tcW w:w="2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911852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9"/>
              </w:rPr>
              <w:t>☐ TAK</w:t>
            </w:r>
            <w:r w:rsidRPr="004A3170">
              <w:rPr>
                <w:b/>
                <w:color w:val="0F2240"/>
                <w:sz w:val="19"/>
              </w:rPr>
              <w:br/>
              <w:t>☐ NIE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5EEB49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391F2B53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104E70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8"/>
              </w:rPr>
              <w:t>4.</w:t>
            </w:r>
          </w:p>
        </w:tc>
        <w:tc>
          <w:tcPr>
            <w:tcW w:w="46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9DC820" w14:textId="77777777" w:rsidR="00AF58E1" w:rsidRPr="004A3170" w:rsidRDefault="00000000">
            <w:pPr>
              <w:spacing w:after="0"/>
            </w:pPr>
            <w:r w:rsidRPr="004A3170">
              <w:rPr>
                <w:sz w:val="18"/>
              </w:rPr>
              <w:t>Oferta została prawidłowo podpisana przez osobę lub osoby uprawnione do reprezentowania Oferenta zgodnie z KRS/rejestrem lub załączonym pełnomocnictwem.</w:t>
            </w:r>
          </w:p>
        </w:tc>
        <w:tc>
          <w:tcPr>
            <w:tcW w:w="2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133842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9"/>
              </w:rPr>
              <w:t>☐ TAK</w:t>
            </w:r>
            <w:r w:rsidRPr="004A3170">
              <w:rPr>
                <w:b/>
                <w:color w:val="0F2240"/>
                <w:sz w:val="19"/>
              </w:rPr>
              <w:br/>
              <w:t>☐ NIE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622480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652D05FC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CDED7C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8"/>
              </w:rPr>
              <w:lastRenderedPageBreak/>
              <w:t>5.</w:t>
            </w:r>
          </w:p>
        </w:tc>
        <w:tc>
          <w:tcPr>
            <w:tcW w:w="46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1CA230" w14:textId="77777777" w:rsidR="00AF58E1" w:rsidRPr="004A3170" w:rsidRDefault="00000000">
            <w:pPr>
              <w:spacing w:after="0"/>
            </w:pPr>
            <w:r w:rsidRPr="004A3170">
              <w:rPr>
                <w:sz w:val="18"/>
              </w:rPr>
              <w:t>Do oferty załączono komplet wymaganych dokumentów (aktualny odpis z KRS lub ewidencji, statut organizacji, pełnomocnictwo – jeśli dotyczy).</w:t>
            </w:r>
          </w:p>
        </w:tc>
        <w:tc>
          <w:tcPr>
            <w:tcW w:w="2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86D3E5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9"/>
              </w:rPr>
              <w:t>☐ TAK</w:t>
            </w:r>
            <w:r w:rsidRPr="004A3170">
              <w:rPr>
                <w:b/>
                <w:color w:val="0F2240"/>
                <w:sz w:val="19"/>
              </w:rPr>
              <w:br/>
              <w:t>☐ NIE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7BC478" w14:textId="77777777" w:rsidR="00AF58E1" w:rsidRPr="004A3170" w:rsidRDefault="00AF58E1">
            <w:pPr>
              <w:spacing w:after="0"/>
            </w:pPr>
          </w:p>
        </w:tc>
      </w:tr>
    </w:tbl>
    <w:p w14:paraId="40B30745" w14:textId="77777777" w:rsidR="004A3170" w:rsidRDefault="00000000">
      <w:pPr>
        <w:spacing w:before="160" w:after="240"/>
        <w:rPr>
          <w:b/>
        </w:rPr>
      </w:pPr>
      <w:r w:rsidRPr="004A3170">
        <w:rPr>
          <w:b/>
        </w:rPr>
        <w:t>Wynik oceny formalnej:</w:t>
      </w:r>
    </w:p>
    <w:p w14:paraId="32536780" w14:textId="22714078" w:rsidR="004A3170" w:rsidRDefault="00000000">
      <w:pPr>
        <w:spacing w:before="160" w:after="240"/>
        <w:rPr>
          <w:b/>
          <w:color w:val="0F2240"/>
        </w:rPr>
      </w:pPr>
      <w:r w:rsidRPr="004A3170">
        <w:rPr>
          <w:b/>
          <w:color w:val="0F2240"/>
        </w:rPr>
        <w:t>☐ POZYTYWNY (oferta dopuszczona do oceny merytorycznej)</w:t>
      </w:r>
    </w:p>
    <w:p w14:paraId="0B4B7EF3" w14:textId="32098581" w:rsidR="00AF58E1" w:rsidRPr="004A3170" w:rsidRDefault="00000000">
      <w:pPr>
        <w:spacing w:before="160" w:after="240"/>
      </w:pPr>
      <w:r w:rsidRPr="004A3170">
        <w:rPr>
          <w:b/>
          <w:color w:val="0F2240"/>
        </w:rPr>
        <w:t>☐ NEGATYWNY (oferta odrzucona)</w:t>
      </w:r>
    </w:p>
    <w:p w14:paraId="6A51E10E" w14:textId="77777777" w:rsidR="00AF58E1" w:rsidRPr="004A3170" w:rsidRDefault="00000000">
      <w:pPr>
        <w:keepNext/>
        <w:spacing w:before="240" w:after="120"/>
      </w:pPr>
      <w:r w:rsidRPr="004A3170">
        <w:rPr>
          <w:b/>
          <w:color w:val="0F2240"/>
          <w:sz w:val="26"/>
        </w:rPr>
        <w:t>III. Część B: Ocena merytoryczna i premiująca (maks. 100 pkt)</w:t>
      </w:r>
    </w:p>
    <w:p w14:paraId="6233B970" w14:textId="77777777" w:rsidR="00AF58E1" w:rsidRPr="004A3170" w:rsidRDefault="00000000">
      <w:pPr>
        <w:spacing w:after="120"/>
      </w:pPr>
      <w:r w:rsidRPr="004A3170">
        <w:rPr>
          <w:i/>
          <w:sz w:val="19"/>
        </w:rPr>
        <w:t>Ocena merytoryczna dokonywana jest na podstawie zapisów w ofercie i załączonych dokumentach. W naborze nie obowiązuje minimalny próg punktowy – rekomendację do wyboru otrzymuje podmiot, który uzyska najwyższą łączną liczbę punktów. Kryteria są w pełni obiektywne i mierzalne.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4464"/>
        <w:gridCol w:w="1440"/>
        <w:gridCol w:w="1584"/>
        <w:gridCol w:w="1872"/>
      </w:tblGrid>
      <w:tr w:rsidR="00AF58E1" w:rsidRPr="004A3170" w14:paraId="133C1A02" w14:textId="77777777">
        <w:trPr>
          <w:jc w:val="center"/>
        </w:trPr>
        <w:tc>
          <w:tcPr>
            <w:tcW w:w="576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55DF858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Lp.</w:t>
            </w:r>
          </w:p>
        </w:tc>
        <w:tc>
          <w:tcPr>
            <w:tcW w:w="4464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10D2F12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Kryterium merytoryczne i zasada przyznawania punktów</w:t>
            </w:r>
          </w:p>
        </w:tc>
        <w:tc>
          <w:tcPr>
            <w:tcW w:w="1440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1D39CFB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Waga / Maks. pkt</w:t>
            </w:r>
          </w:p>
        </w:tc>
        <w:tc>
          <w:tcPr>
            <w:tcW w:w="1584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E3A220D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Przyznane punkty</w:t>
            </w:r>
          </w:p>
        </w:tc>
        <w:tc>
          <w:tcPr>
            <w:tcW w:w="1872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7391088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Uzasadnienie oceny</w:t>
            </w:r>
          </w:p>
        </w:tc>
      </w:tr>
      <w:tr w:rsidR="00AF58E1" w:rsidRPr="004A3170" w14:paraId="18862FD4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BE8816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7"/>
              </w:rPr>
              <w:t>1.</w:t>
            </w:r>
          </w:p>
        </w:tc>
        <w:tc>
          <w:tcPr>
            <w:tcW w:w="446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7760CD" w14:textId="131963B4" w:rsidR="00AF58E1" w:rsidRPr="00597184" w:rsidRDefault="00000000" w:rsidP="0031758F">
            <w:pPr>
              <w:spacing w:after="0"/>
              <w:rPr>
                <w:sz w:val="17"/>
              </w:rPr>
            </w:pPr>
            <w:r w:rsidRPr="004A3170">
              <w:rPr>
                <w:b/>
                <w:sz w:val="19"/>
              </w:rPr>
              <w:t>Zgodność celów statutowych z celami projektu</w:t>
            </w:r>
            <w:r w:rsidRPr="004A3170">
              <w:br/>
            </w:r>
            <w:r w:rsidRPr="004A3170">
              <w:rPr>
                <w:sz w:val="17"/>
              </w:rPr>
              <w:t xml:space="preserve">Badana na podstawie Statutu i KRS organizacji (maks. </w:t>
            </w:r>
            <w:r w:rsidR="00597184">
              <w:rPr>
                <w:sz w:val="17"/>
              </w:rPr>
              <w:t>1</w:t>
            </w:r>
            <w:r w:rsidR="00830CE9">
              <w:rPr>
                <w:sz w:val="17"/>
              </w:rPr>
              <w:t>5</w:t>
            </w:r>
            <w:r w:rsidRPr="004A3170">
              <w:rPr>
                <w:sz w:val="17"/>
              </w:rPr>
              <w:t xml:space="preserve"> pkt):</w:t>
            </w:r>
            <w:r w:rsidRPr="004A3170">
              <w:br/>
            </w:r>
            <w:r w:rsidRPr="004A3170">
              <w:rPr>
                <w:sz w:val="17"/>
              </w:rPr>
              <w:t xml:space="preserve">• </w:t>
            </w:r>
            <w:r w:rsidR="00597184" w:rsidRPr="004A3170">
              <w:rPr>
                <w:sz w:val="17"/>
              </w:rPr>
              <w:t>Cele statutowe w sferze</w:t>
            </w:r>
            <w:r w:rsidR="0031758F">
              <w:t xml:space="preserve"> </w:t>
            </w:r>
            <w:r w:rsidR="0031758F" w:rsidRPr="0031758F">
              <w:rPr>
                <w:sz w:val="17"/>
              </w:rPr>
              <w:t>integracji, animacji społecznej, edukacji lub partycypacji obywatelskiej</w:t>
            </w:r>
            <w:r w:rsidR="00597184" w:rsidRPr="004A3170">
              <w:rPr>
                <w:sz w:val="17"/>
              </w:rPr>
              <w:t xml:space="preserve">: </w:t>
            </w:r>
            <w:r w:rsidR="0031758F">
              <w:rPr>
                <w:sz w:val="17"/>
              </w:rPr>
              <w:t>7</w:t>
            </w:r>
            <w:r w:rsidR="00597184" w:rsidRPr="004A3170">
              <w:rPr>
                <w:sz w:val="17"/>
              </w:rPr>
              <w:t xml:space="preserve"> pkt</w:t>
            </w:r>
            <w:r w:rsidRPr="004A3170">
              <w:br/>
            </w:r>
            <w:r w:rsidRPr="004A3170">
              <w:rPr>
                <w:sz w:val="17"/>
              </w:rPr>
              <w:t xml:space="preserve">• </w:t>
            </w:r>
            <w:r w:rsidR="00597184" w:rsidRPr="004A3170">
              <w:rPr>
                <w:sz w:val="17"/>
              </w:rPr>
              <w:t>Cele statutowe w sferze</w:t>
            </w:r>
            <w:r w:rsidR="0031758F">
              <w:rPr>
                <w:sz w:val="17"/>
              </w:rPr>
              <w:t xml:space="preserve"> </w:t>
            </w:r>
            <w:r w:rsidR="0031758F" w:rsidRPr="0031758F">
              <w:rPr>
                <w:sz w:val="17"/>
              </w:rPr>
              <w:t>adaptacji do zmian klimatu, ekologii i ochrony środowiska</w:t>
            </w:r>
            <w:r w:rsidR="00597184" w:rsidRPr="004A3170">
              <w:rPr>
                <w:sz w:val="17"/>
              </w:rPr>
              <w:t xml:space="preserve">: </w:t>
            </w:r>
            <w:r w:rsidR="0031758F">
              <w:rPr>
                <w:sz w:val="17"/>
              </w:rPr>
              <w:t>8</w:t>
            </w:r>
            <w:r w:rsidR="00597184" w:rsidRPr="004A3170">
              <w:rPr>
                <w:sz w:val="17"/>
              </w:rPr>
              <w:t xml:space="preserve"> pkt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C963C6" w14:textId="412F2C21" w:rsidR="00AF58E1" w:rsidRPr="004A3170" w:rsidRDefault="00597184">
            <w:pPr>
              <w:spacing w:after="0"/>
              <w:jc w:val="center"/>
            </w:pPr>
            <w:r>
              <w:rPr>
                <w:b/>
                <w:sz w:val="18"/>
              </w:rPr>
              <w:t>15</w:t>
            </w:r>
            <w:r w:rsidRPr="004A3170">
              <w:rPr>
                <w:b/>
                <w:sz w:val="18"/>
              </w:rPr>
              <w:t xml:space="preserve"> pkt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010C1A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57224BA5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3F13F01E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060591D4" w14:textId="2429CA0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7"/>
              </w:rPr>
              <w:t>................. pkt</w:t>
            </w:r>
            <w:r w:rsidRPr="004A3170">
              <w:rPr>
                <w:b/>
                <w:color w:val="0F2240"/>
                <w:sz w:val="17"/>
              </w:rPr>
              <w:br/>
            </w:r>
            <w:r w:rsidRPr="004A3170">
              <w:rPr>
                <w:b/>
                <w:color w:val="0F2240"/>
                <w:sz w:val="17"/>
              </w:rPr>
              <w:br/>
              <w:t xml:space="preserve">(0 lub </w:t>
            </w:r>
            <w:r w:rsidR="0031758F">
              <w:rPr>
                <w:b/>
                <w:color w:val="0F2240"/>
                <w:sz w:val="17"/>
              </w:rPr>
              <w:t>7</w:t>
            </w:r>
            <w:r w:rsidRPr="004A3170">
              <w:rPr>
                <w:b/>
                <w:color w:val="0F2240"/>
                <w:sz w:val="17"/>
              </w:rPr>
              <w:t xml:space="preserve"> lub </w:t>
            </w:r>
            <w:r w:rsidR="0031758F">
              <w:rPr>
                <w:b/>
                <w:color w:val="0F2240"/>
                <w:sz w:val="17"/>
              </w:rPr>
              <w:t>8</w:t>
            </w:r>
            <w:r w:rsidR="00830CE9">
              <w:rPr>
                <w:b/>
                <w:color w:val="0F2240"/>
                <w:sz w:val="17"/>
              </w:rPr>
              <w:t xml:space="preserve"> </w:t>
            </w:r>
            <w:r w:rsidR="00830CE9">
              <w:rPr>
                <w:b/>
                <w:color w:val="0F2240"/>
                <w:sz w:val="17"/>
              </w:rPr>
              <w:br/>
              <w:t>lub 15</w:t>
            </w:r>
            <w:r w:rsidRPr="004A3170">
              <w:rPr>
                <w:b/>
                <w:color w:val="0F2240"/>
                <w:sz w:val="17"/>
              </w:rPr>
              <w:t>)</w:t>
            </w:r>
          </w:p>
        </w:tc>
        <w:tc>
          <w:tcPr>
            <w:tcW w:w="187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B81EE6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40801B66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E59C6C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7"/>
              </w:rPr>
              <w:t>2.</w:t>
            </w:r>
          </w:p>
        </w:tc>
        <w:tc>
          <w:tcPr>
            <w:tcW w:w="446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AED537" w14:textId="5E581425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Doświadczenie ogólne Partnera</w:t>
            </w:r>
            <w:r w:rsidRPr="004A3170">
              <w:br/>
            </w:r>
            <w:r w:rsidRPr="004A3170">
              <w:rPr>
                <w:sz w:val="17"/>
              </w:rPr>
              <w:t xml:space="preserve">Liczba projektów o charakterze społecznym, </w:t>
            </w:r>
            <w:r w:rsidR="0031758F">
              <w:rPr>
                <w:sz w:val="17"/>
              </w:rPr>
              <w:t xml:space="preserve">partycypacyjnym, </w:t>
            </w:r>
            <w:r w:rsidRPr="004A3170">
              <w:rPr>
                <w:sz w:val="17"/>
              </w:rPr>
              <w:t>ekologicznym lub edukacyjnym zrealizowanych w ciągu ostatnich 5 lat (maks. 30 pkt):</w:t>
            </w:r>
            <w:r w:rsidRPr="004A3170">
              <w:br/>
            </w:r>
            <w:r w:rsidRPr="004A3170">
              <w:rPr>
                <w:sz w:val="17"/>
              </w:rPr>
              <w:t>• 3 lub więcej takich projektów: 30 pkt</w:t>
            </w:r>
            <w:r w:rsidRPr="004A3170">
              <w:br/>
            </w:r>
            <w:r w:rsidRPr="004A3170">
              <w:rPr>
                <w:sz w:val="17"/>
              </w:rPr>
              <w:t>• 2 takie projekty: 20 pkt</w:t>
            </w:r>
            <w:r w:rsidRPr="004A3170">
              <w:br/>
            </w:r>
            <w:r w:rsidRPr="004A3170">
              <w:rPr>
                <w:sz w:val="17"/>
              </w:rPr>
              <w:t>• 1 taki projekt: 10 pkt</w:t>
            </w:r>
            <w:r w:rsidRPr="004A3170">
              <w:br/>
            </w:r>
            <w:r w:rsidRPr="004A3170">
              <w:rPr>
                <w:sz w:val="17"/>
              </w:rPr>
              <w:t>• brak wykazanego doświadczenia: 0 pkt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369418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sz w:val="18"/>
              </w:rPr>
              <w:t>30 pkt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4A0FC6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6A2B9CDF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4FB67C3D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1FDC32F7" w14:textId="262E0D0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7"/>
              </w:rPr>
              <w:t>................. pkt</w:t>
            </w:r>
            <w:r w:rsidRPr="004A3170">
              <w:rPr>
                <w:b/>
                <w:color w:val="0F2240"/>
                <w:sz w:val="17"/>
              </w:rPr>
              <w:br/>
            </w:r>
            <w:r w:rsidRPr="004A3170">
              <w:rPr>
                <w:b/>
                <w:color w:val="0F2240"/>
                <w:sz w:val="17"/>
              </w:rPr>
              <w:br/>
              <w:t>(0</w:t>
            </w:r>
            <w:r w:rsidR="004A3170">
              <w:rPr>
                <w:b/>
                <w:color w:val="0F2240"/>
                <w:sz w:val="17"/>
              </w:rPr>
              <w:t xml:space="preserve"> lub</w:t>
            </w:r>
            <w:r w:rsidRPr="004A3170">
              <w:rPr>
                <w:b/>
                <w:color w:val="0F2240"/>
                <w:sz w:val="17"/>
              </w:rPr>
              <w:t xml:space="preserve"> 10</w:t>
            </w:r>
            <w:r w:rsidR="004A3170">
              <w:rPr>
                <w:b/>
                <w:color w:val="0F2240"/>
                <w:sz w:val="17"/>
              </w:rPr>
              <w:t xml:space="preserve"> lub</w:t>
            </w:r>
            <w:r w:rsidRPr="004A3170">
              <w:rPr>
                <w:b/>
                <w:color w:val="0F2240"/>
                <w:sz w:val="17"/>
              </w:rPr>
              <w:t xml:space="preserve"> 20</w:t>
            </w:r>
            <w:r w:rsidR="004A3170">
              <w:rPr>
                <w:b/>
                <w:color w:val="0F2240"/>
                <w:sz w:val="17"/>
              </w:rPr>
              <w:t xml:space="preserve"> lub</w:t>
            </w:r>
            <w:r w:rsidRPr="004A3170">
              <w:rPr>
                <w:b/>
                <w:color w:val="0F2240"/>
                <w:sz w:val="17"/>
              </w:rPr>
              <w:t xml:space="preserve"> 30)</w:t>
            </w:r>
          </w:p>
        </w:tc>
        <w:tc>
          <w:tcPr>
            <w:tcW w:w="187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9BE3D4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7F058D3A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A7FAAA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7"/>
              </w:rPr>
              <w:t>3.</w:t>
            </w:r>
          </w:p>
        </w:tc>
        <w:tc>
          <w:tcPr>
            <w:tcW w:w="446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4800BD" w14:textId="77777777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Potencjał osobowy Partnera</w:t>
            </w:r>
            <w:r w:rsidRPr="004A3170">
              <w:br/>
            </w:r>
            <w:r w:rsidRPr="004A3170">
              <w:rPr>
                <w:sz w:val="17"/>
              </w:rPr>
              <w:t>Zasoby kadrowe dedykowane bezpośrednio do realizacji działań w mini-projekcie (maks. 15 pkt):</w:t>
            </w:r>
            <w:r w:rsidRPr="004A3170">
              <w:br/>
            </w:r>
            <w:r w:rsidRPr="004A3170">
              <w:rPr>
                <w:sz w:val="17"/>
              </w:rPr>
              <w:t>• dysponowanie min. 2 osobami z odpowiednimi kwalifikacjami do prowadzenia warsztatów i spotkań animacyjnych: 15 pkt</w:t>
            </w:r>
            <w:r w:rsidRPr="004A3170">
              <w:br/>
            </w:r>
            <w:r w:rsidRPr="004A3170">
              <w:rPr>
                <w:sz w:val="17"/>
              </w:rPr>
              <w:t>• dysponowanie 1 taką osobą: 7 pkt</w:t>
            </w:r>
            <w:r w:rsidRPr="004A3170">
              <w:br/>
            </w:r>
            <w:r w:rsidRPr="004A3170">
              <w:rPr>
                <w:sz w:val="17"/>
              </w:rPr>
              <w:t>• brak wykazania takich osób: 0 pkt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50EFE1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sz w:val="18"/>
              </w:rPr>
              <w:t>15 pkt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239F77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71F21798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1E1204E3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6D0F84CC" w14:textId="6F800A24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7"/>
              </w:rPr>
              <w:t>................. pkt</w:t>
            </w:r>
            <w:r w:rsidRPr="004A3170">
              <w:rPr>
                <w:b/>
                <w:color w:val="0F2240"/>
                <w:sz w:val="17"/>
              </w:rPr>
              <w:br/>
            </w:r>
            <w:r w:rsidRPr="004A3170">
              <w:rPr>
                <w:b/>
                <w:color w:val="0F2240"/>
                <w:sz w:val="17"/>
              </w:rPr>
              <w:br/>
              <w:t>(0 lub 7 lub 15)</w:t>
            </w:r>
          </w:p>
        </w:tc>
        <w:tc>
          <w:tcPr>
            <w:tcW w:w="187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666A38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2A17428B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07F4B1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7"/>
              </w:rPr>
              <w:t>4.</w:t>
            </w:r>
          </w:p>
        </w:tc>
        <w:tc>
          <w:tcPr>
            <w:tcW w:w="446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42DF47" w14:textId="6DC2AE88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Działalność lokalna na terenie Ostródy (Kryterium Premiujące)</w:t>
            </w:r>
            <w:r w:rsidRPr="004A3170">
              <w:br/>
            </w:r>
            <w:r w:rsidRPr="004A3170">
              <w:rPr>
                <w:sz w:val="17"/>
              </w:rPr>
              <w:t xml:space="preserve">Udokumentowanie aktywnej działalności statutowej lub realizacji co najmniej 1 przedsięwzięcia na terenie miasta Ostróda w ciągu ostatnich 5 lat (maks. </w:t>
            </w:r>
            <w:r w:rsidR="00597184">
              <w:rPr>
                <w:sz w:val="17"/>
              </w:rPr>
              <w:t>30</w:t>
            </w:r>
            <w:r w:rsidRPr="004A3170">
              <w:rPr>
                <w:sz w:val="17"/>
              </w:rPr>
              <w:t xml:space="preserve"> pkt):</w:t>
            </w:r>
            <w:r w:rsidRPr="004A3170">
              <w:br/>
            </w:r>
            <w:r w:rsidRPr="004A3170">
              <w:rPr>
                <w:sz w:val="17"/>
              </w:rPr>
              <w:lastRenderedPageBreak/>
              <w:t xml:space="preserve">• Wykazanie aktywnej działalności / przedsięwzięcia: </w:t>
            </w:r>
            <w:r w:rsidR="00597184">
              <w:rPr>
                <w:sz w:val="17"/>
              </w:rPr>
              <w:t>30</w:t>
            </w:r>
            <w:r w:rsidRPr="004A3170">
              <w:rPr>
                <w:sz w:val="17"/>
              </w:rPr>
              <w:t xml:space="preserve"> pkt</w:t>
            </w:r>
            <w:r w:rsidRPr="004A3170">
              <w:br/>
            </w:r>
            <w:r w:rsidRPr="004A3170">
              <w:rPr>
                <w:sz w:val="17"/>
              </w:rPr>
              <w:t>• Brak wykazania działalności w Ostródzie: 0 pkt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7C6A61" w14:textId="7BEC4C6F" w:rsidR="00AF58E1" w:rsidRPr="004A3170" w:rsidRDefault="00597184">
            <w:pPr>
              <w:spacing w:after="0"/>
              <w:jc w:val="center"/>
            </w:pPr>
            <w:r>
              <w:rPr>
                <w:b/>
                <w:sz w:val="18"/>
              </w:rPr>
              <w:lastRenderedPageBreak/>
              <w:t>30</w:t>
            </w:r>
            <w:r w:rsidRPr="004A3170">
              <w:rPr>
                <w:b/>
                <w:sz w:val="18"/>
              </w:rPr>
              <w:t xml:space="preserve"> pkt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12DDA9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524397F3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714B42B3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6B09DEEE" w14:textId="3A39BA8D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7"/>
              </w:rPr>
              <w:lastRenderedPageBreak/>
              <w:t>................. pkt</w:t>
            </w:r>
            <w:r w:rsidRPr="004A3170">
              <w:rPr>
                <w:b/>
                <w:color w:val="0F2240"/>
                <w:sz w:val="17"/>
              </w:rPr>
              <w:br/>
            </w:r>
            <w:r w:rsidRPr="004A3170">
              <w:rPr>
                <w:b/>
                <w:color w:val="0F2240"/>
                <w:sz w:val="17"/>
              </w:rPr>
              <w:br/>
              <w:t xml:space="preserve">(0 lub </w:t>
            </w:r>
            <w:r w:rsidR="00597184">
              <w:rPr>
                <w:b/>
                <w:color w:val="0F2240"/>
                <w:sz w:val="17"/>
              </w:rPr>
              <w:t>30</w:t>
            </w:r>
            <w:r w:rsidRPr="004A3170">
              <w:rPr>
                <w:b/>
                <w:color w:val="0F2240"/>
                <w:sz w:val="17"/>
              </w:rPr>
              <w:t>)</w:t>
            </w:r>
          </w:p>
        </w:tc>
        <w:tc>
          <w:tcPr>
            <w:tcW w:w="187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BA4C8A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116BC761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60A470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7"/>
              </w:rPr>
              <w:t>5.</w:t>
            </w:r>
          </w:p>
        </w:tc>
        <w:tc>
          <w:tcPr>
            <w:tcW w:w="446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9143A3" w14:textId="77777777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Certyfikat dostępności (Kryterium Premiujące, Obowiązkowe)</w:t>
            </w:r>
            <w:r w:rsidRPr="004A3170">
              <w:br/>
            </w:r>
            <w:r w:rsidRPr="004A3170">
              <w:rPr>
                <w:sz w:val="17"/>
              </w:rPr>
              <w:t>Posiadanie ważnego certyfikatu dostępności, o którym mowa w art. 15 ustawy z dnia 19 lipca 2019 r. o zapewnianiu dostępności osobom ze szczególnymi potrzebami (maks. 10 pkt):</w:t>
            </w:r>
            <w:r w:rsidRPr="004A3170">
              <w:br/>
            </w:r>
            <w:r w:rsidRPr="004A3170">
              <w:rPr>
                <w:sz w:val="17"/>
              </w:rPr>
              <w:t>• Posiadanie ważnego certyfikatu (kopia załączona do oferty): 10 pkt</w:t>
            </w:r>
            <w:r w:rsidRPr="004A3170">
              <w:br/>
            </w:r>
            <w:r w:rsidRPr="004A3170">
              <w:rPr>
                <w:sz w:val="17"/>
              </w:rPr>
              <w:t>• Brak certyfikatu: 0 pkt</w:t>
            </w:r>
            <w:r w:rsidRPr="004A3170">
              <w:br/>
            </w:r>
            <w:r w:rsidRPr="004A3170">
              <w:rPr>
                <w:sz w:val="17"/>
              </w:rPr>
              <w:t>*(Punkty te stanowią dokładnie 10% całkowitej punktacji merytorycznej)*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DCB415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sz w:val="18"/>
              </w:rPr>
              <w:t>10 pkt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73003F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7896F298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70AC9265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33F56AD0" w14:textId="51E59C5E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7"/>
              </w:rPr>
              <w:t>................. pkt</w:t>
            </w:r>
            <w:r w:rsidRPr="004A3170">
              <w:rPr>
                <w:b/>
                <w:color w:val="0F2240"/>
                <w:sz w:val="17"/>
              </w:rPr>
              <w:br/>
            </w:r>
            <w:r w:rsidRPr="004A3170">
              <w:rPr>
                <w:b/>
                <w:color w:val="0F2240"/>
                <w:sz w:val="17"/>
              </w:rPr>
              <w:br/>
              <w:t>(0 lub 10)</w:t>
            </w:r>
          </w:p>
        </w:tc>
        <w:tc>
          <w:tcPr>
            <w:tcW w:w="187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0F7797" w14:textId="77777777" w:rsidR="00AF58E1" w:rsidRPr="004A3170" w:rsidRDefault="00AF58E1">
            <w:pPr>
              <w:spacing w:after="0"/>
            </w:pPr>
          </w:p>
        </w:tc>
      </w:tr>
    </w:tbl>
    <w:p w14:paraId="6ECCA0D0" w14:textId="77777777" w:rsidR="00AF58E1" w:rsidRPr="004A3170" w:rsidRDefault="00AF58E1">
      <w:pPr>
        <w:spacing w:after="80"/>
      </w:pPr>
    </w:p>
    <w:tbl>
      <w:tblPr>
        <w:tblW w:w="0" w:type="auto"/>
        <w:jc w:val="center"/>
        <w:tblBorders>
          <w:top w:val="single" w:sz="8" w:space="0" w:color="0F2240"/>
          <w:left w:val="single" w:sz="8" w:space="0" w:color="0F2240"/>
          <w:bottom w:val="single" w:sz="8" w:space="0" w:color="0F2240"/>
          <w:right w:val="single" w:sz="8" w:space="0" w:color="0F2240"/>
          <w:insideH w:val="single" w:sz="8" w:space="0" w:color="0F2240"/>
          <w:insideV w:val="single" w:sz="8" w:space="0" w:color="0F2240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4896"/>
      </w:tblGrid>
      <w:tr w:rsidR="00AF58E1" w:rsidRPr="004A3170" w14:paraId="0AE7ADFA" w14:textId="77777777">
        <w:trPr>
          <w:jc w:val="center"/>
        </w:trPr>
        <w:tc>
          <w:tcPr>
            <w:tcW w:w="5040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B423DD4" w14:textId="77777777" w:rsidR="00AF58E1" w:rsidRPr="004A3170" w:rsidRDefault="00000000">
            <w:pPr>
              <w:spacing w:after="0"/>
            </w:pPr>
            <w:r w:rsidRPr="004A3170">
              <w:rPr>
                <w:b/>
                <w:color w:val="FFFFFF"/>
              </w:rPr>
              <w:t>ŁĄCZNA UZYSKANA PUNKTACJA MERYTORYCZNA:</w:t>
            </w:r>
          </w:p>
        </w:tc>
        <w:tc>
          <w:tcPr>
            <w:tcW w:w="4896" w:type="dxa"/>
            <w:shd w:val="clear" w:color="auto" w:fill="F2F2F2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74AC800" w14:textId="77777777" w:rsidR="00AF58E1" w:rsidRPr="004A3170" w:rsidRDefault="00000000">
            <w:pPr>
              <w:spacing w:after="0"/>
            </w:pPr>
            <w:r w:rsidRPr="004A3170">
              <w:rPr>
                <w:b/>
                <w:color w:val="0F2240"/>
                <w:sz w:val="22"/>
              </w:rPr>
              <w:t>................................... pkt  /  100 pkt</w:t>
            </w:r>
          </w:p>
        </w:tc>
      </w:tr>
    </w:tbl>
    <w:p w14:paraId="7509FA9A" w14:textId="77777777" w:rsidR="00AF58E1" w:rsidRPr="004A3170" w:rsidRDefault="00000000">
      <w:pPr>
        <w:keepNext/>
        <w:spacing w:before="280" w:after="120"/>
      </w:pPr>
      <w:r w:rsidRPr="004A3170">
        <w:rPr>
          <w:b/>
          <w:color w:val="0F2240"/>
          <w:sz w:val="26"/>
        </w:rPr>
        <w:t>IV. Rekomendacja i podpisy Komisji</w:t>
      </w:r>
    </w:p>
    <w:p w14:paraId="427320ED" w14:textId="3069DCC2" w:rsidR="00597184" w:rsidRDefault="00000000" w:rsidP="00597184">
      <w:pPr>
        <w:spacing w:before="80" w:after="0"/>
        <w:rPr>
          <w:sz w:val="19"/>
        </w:rPr>
      </w:pPr>
      <w:r w:rsidRPr="004A3170">
        <w:rPr>
          <w:b/>
          <w:sz w:val="19"/>
        </w:rPr>
        <w:t>REKOMENDACJA KOMISJI KONKURSOWEJ:</w:t>
      </w:r>
      <w:r w:rsidRPr="004A3170">
        <w:rPr>
          <w:b/>
          <w:sz w:val="19"/>
        </w:rPr>
        <w:br/>
      </w:r>
      <w:r w:rsidRPr="004A3170">
        <w:rPr>
          <w:sz w:val="19"/>
        </w:rPr>
        <w:t>Na podstawie dokonanej oceny formalno-merytorycznej Komisja Konkursowa rekomenduje / nie rekomenduje Burmistrzowi Miasta Ostróda wybór ww. podmiotu na Partnera społecznego do wspólnej realizacji mini-projektu „</w:t>
      </w:r>
      <w:r w:rsidR="0031758F" w:rsidRPr="0031758F">
        <w:rPr>
          <w:sz w:val="19"/>
        </w:rPr>
        <w:t>Moje miejsce w Moim mieście – rewitalizacja podwórek w Ostródzie</w:t>
      </w:r>
      <w:r w:rsidRPr="004A3170">
        <w:rPr>
          <w:sz w:val="19"/>
        </w:rPr>
        <w:t>”.</w:t>
      </w:r>
      <w:r w:rsidRPr="004A3170">
        <w:rPr>
          <w:sz w:val="19"/>
        </w:rPr>
        <w:br/>
      </w:r>
      <w:r w:rsidRPr="004A3170">
        <w:rPr>
          <w:sz w:val="19"/>
        </w:rPr>
        <w:br/>
        <w:t>Podpisy członków Komisji Konkursowej:</w:t>
      </w:r>
      <w:r w:rsidRPr="004A3170">
        <w:rPr>
          <w:sz w:val="19"/>
        </w:rPr>
        <w:br/>
      </w:r>
      <w:r w:rsidRPr="004A3170">
        <w:rPr>
          <w:sz w:val="19"/>
        </w:rPr>
        <w:br/>
        <w:t>1. ........................................................................ (Przewodniczący Komisji)      Podpis: .......................................</w:t>
      </w:r>
      <w:r w:rsidRPr="004A3170">
        <w:rPr>
          <w:sz w:val="19"/>
        </w:rPr>
        <w:br/>
      </w:r>
      <w:r w:rsidRPr="004A3170">
        <w:rPr>
          <w:sz w:val="19"/>
        </w:rPr>
        <w:br/>
        <w:t>2. ........................................................................ (Członek Komisji)                   Podpis: .......................................</w:t>
      </w:r>
      <w:r w:rsidRPr="004A3170">
        <w:rPr>
          <w:sz w:val="19"/>
        </w:rPr>
        <w:br/>
      </w:r>
      <w:r w:rsidRPr="004A3170">
        <w:rPr>
          <w:sz w:val="19"/>
        </w:rPr>
        <w:br/>
        <w:t>3. ........................................................................ (Członek Komisji)                   Podpis: .......................................</w:t>
      </w:r>
      <w:r w:rsidR="00597184" w:rsidRPr="004A3170">
        <w:rPr>
          <w:sz w:val="19"/>
        </w:rPr>
        <w:br/>
      </w:r>
    </w:p>
    <w:p w14:paraId="1ADFDB49" w14:textId="69E30BA7" w:rsidR="00AF58E1" w:rsidRPr="00597184" w:rsidRDefault="00597184">
      <w:pPr>
        <w:spacing w:before="80" w:after="240"/>
        <w:rPr>
          <w:sz w:val="19"/>
        </w:rPr>
      </w:pPr>
      <w:r>
        <w:rPr>
          <w:sz w:val="19"/>
        </w:rPr>
        <w:t>4</w:t>
      </w:r>
      <w:r w:rsidRPr="004A3170">
        <w:rPr>
          <w:sz w:val="19"/>
        </w:rPr>
        <w:t>. ........................................................................ (Członek Komisji)                   Podpis: .......................................</w:t>
      </w:r>
      <w:r w:rsidRPr="004A3170">
        <w:rPr>
          <w:sz w:val="19"/>
        </w:rPr>
        <w:br/>
      </w:r>
      <w:r w:rsidRPr="004A3170">
        <w:rPr>
          <w:sz w:val="19"/>
        </w:rPr>
        <w:br/>
        <w:t>Miejscowość i data: Ostróda, dnia ................................................. r.</w:t>
      </w:r>
    </w:p>
    <w:sectPr w:rsidR="00AF58E1" w:rsidRPr="00597184" w:rsidSect="006C347C">
      <w:headerReference w:type="default" r:id="rId8"/>
      <w:pgSz w:w="12240" w:h="15840"/>
      <w:pgMar w:top="1985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45AA2" w14:textId="77777777" w:rsidR="00FB1394" w:rsidRDefault="00FB1394" w:rsidP="006C347C">
      <w:pPr>
        <w:spacing w:after="0" w:line="240" w:lineRule="auto"/>
      </w:pPr>
      <w:r>
        <w:separator/>
      </w:r>
    </w:p>
  </w:endnote>
  <w:endnote w:type="continuationSeparator" w:id="0">
    <w:p w14:paraId="51A0150A" w14:textId="77777777" w:rsidR="00FB1394" w:rsidRDefault="00FB1394" w:rsidP="006C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64070" w14:textId="77777777" w:rsidR="00FB1394" w:rsidRDefault="00FB1394" w:rsidP="006C347C">
      <w:pPr>
        <w:spacing w:after="0" w:line="240" w:lineRule="auto"/>
      </w:pPr>
      <w:r>
        <w:separator/>
      </w:r>
    </w:p>
  </w:footnote>
  <w:footnote w:type="continuationSeparator" w:id="0">
    <w:p w14:paraId="63650178" w14:textId="77777777" w:rsidR="00FB1394" w:rsidRDefault="00FB1394" w:rsidP="006C3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C3418" w14:textId="6F1C85C4" w:rsidR="006C347C" w:rsidRDefault="006C347C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F4AEAB6" wp14:editId="33A1EF99">
          <wp:simplePos x="0" y="0"/>
          <wp:positionH relativeFrom="column">
            <wp:posOffset>2339340</wp:posOffset>
          </wp:positionH>
          <wp:positionV relativeFrom="paragraph">
            <wp:posOffset>396240</wp:posOffset>
          </wp:positionV>
          <wp:extent cx="1383665" cy="450850"/>
          <wp:effectExtent l="0" t="0" r="6985" b="6350"/>
          <wp:wrapSquare wrapText="bothSides"/>
          <wp:docPr id="1796092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3665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7EA0708" wp14:editId="703649D0">
          <wp:simplePos x="0" y="0"/>
          <wp:positionH relativeFrom="column">
            <wp:posOffset>243840</wp:posOffset>
          </wp:positionH>
          <wp:positionV relativeFrom="paragraph">
            <wp:posOffset>-213360</wp:posOffset>
          </wp:positionV>
          <wp:extent cx="5761355" cy="646430"/>
          <wp:effectExtent l="0" t="0" r="0" b="1270"/>
          <wp:wrapSquare wrapText="bothSides"/>
          <wp:docPr id="59672595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6255445">
    <w:abstractNumId w:val="8"/>
  </w:num>
  <w:num w:numId="2" w16cid:durableId="515852450">
    <w:abstractNumId w:val="6"/>
  </w:num>
  <w:num w:numId="3" w16cid:durableId="55863453">
    <w:abstractNumId w:val="5"/>
  </w:num>
  <w:num w:numId="4" w16cid:durableId="1287614120">
    <w:abstractNumId w:val="4"/>
  </w:num>
  <w:num w:numId="5" w16cid:durableId="67967935">
    <w:abstractNumId w:val="7"/>
  </w:num>
  <w:num w:numId="6" w16cid:durableId="1219240214">
    <w:abstractNumId w:val="3"/>
  </w:num>
  <w:num w:numId="7" w16cid:durableId="1887790619">
    <w:abstractNumId w:val="2"/>
  </w:num>
  <w:num w:numId="8" w16cid:durableId="717516241">
    <w:abstractNumId w:val="1"/>
  </w:num>
  <w:num w:numId="9" w16cid:durableId="723915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6041"/>
    <w:rsid w:val="0029639D"/>
    <w:rsid w:val="0031758F"/>
    <w:rsid w:val="00326F90"/>
    <w:rsid w:val="00361E71"/>
    <w:rsid w:val="003911F1"/>
    <w:rsid w:val="0043474A"/>
    <w:rsid w:val="004A3170"/>
    <w:rsid w:val="00597184"/>
    <w:rsid w:val="006C347C"/>
    <w:rsid w:val="007409EC"/>
    <w:rsid w:val="0075697A"/>
    <w:rsid w:val="00823228"/>
    <w:rsid w:val="00830CE9"/>
    <w:rsid w:val="00AA1D8D"/>
    <w:rsid w:val="00AF58E1"/>
    <w:rsid w:val="00B43B67"/>
    <w:rsid w:val="00B47730"/>
    <w:rsid w:val="00CB0664"/>
    <w:rsid w:val="00EE143C"/>
    <w:rsid w:val="00FB13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F7219F"/>
  <w14:defaultImageDpi w14:val="300"/>
  <w15:docId w15:val="{6572C85F-A01C-4785-BD06-037B82C02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color w:val="333333"/>
      <w:sz w:val="2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811</Words>
  <Characters>4868</Characters>
  <Application>Microsoft Office Word</Application>
  <DocSecurity>0</DocSecurity>
  <Lines>40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Rafał Włodarski</cp:lastModifiedBy>
  <cp:revision>3</cp:revision>
  <dcterms:created xsi:type="dcterms:W3CDTF">2026-09-08T11:14:00Z</dcterms:created>
  <dcterms:modified xsi:type="dcterms:W3CDTF">2026-09-11T07:59:00Z</dcterms:modified>
  <cp:category/>
</cp:coreProperties>
</file>