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5A991" w14:textId="77777777" w:rsidR="00EA6B9D" w:rsidRPr="009A25F0" w:rsidRDefault="00000000">
      <w:pPr>
        <w:spacing w:after="80"/>
        <w:jc w:val="center"/>
      </w:pPr>
      <w:r w:rsidRPr="009A25F0">
        <w:rPr>
          <w:b/>
          <w:color w:val="2B5B84"/>
          <w:sz w:val="22"/>
        </w:rPr>
        <w:t>ZAŁĄCZNIK NR 1 DO OGŁOSZENIA</w:t>
      </w:r>
      <w:r w:rsidRPr="009A25F0">
        <w:rPr>
          <w:b/>
          <w:color w:val="2B5B84"/>
          <w:sz w:val="22"/>
        </w:rPr>
        <w:br/>
      </w:r>
      <w:r w:rsidRPr="009A25F0">
        <w:rPr>
          <w:b/>
          <w:color w:val="1B365D"/>
          <w:sz w:val="32"/>
        </w:rPr>
        <w:t>FORMULARZ OFERTY / ZGŁOSZENIA PARTNERA</w:t>
      </w:r>
    </w:p>
    <w:p w14:paraId="3EA6E3A3" w14:textId="4BFBF5B0" w:rsidR="00EA6B9D" w:rsidRPr="009A25F0" w:rsidRDefault="00000000">
      <w:pPr>
        <w:spacing w:after="360"/>
        <w:jc w:val="center"/>
      </w:pPr>
      <w:r w:rsidRPr="009A25F0">
        <w:rPr>
          <w:i/>
          <w:color w:val="555555"/>
          <w:sz w:val="19"/>
        </w:rPr>
        <w:t>w ramach otwartego naboru na partnera społecznego do realizacji działań w projekcie</w:t>
      </w:r>
      <w:r w:rsidRPr="009A25F0">
        <w:rPr>
          <w:i/>
          <w:color w:val="555555"/>
          <w:sz w:val="19"/>
        </w:rPr>
        <w:br/>
        <w:t>„</w:t>
      </w:r>
      <w:bookmarkStart w:id="0" w:name="_Hlk239753766"/>
      <w:r w:rsidR="002641AF" w:rsidRPr="002641AF">
        <w:rPr>
          <w:i/>
          <w:color w:val="555555"/>
          <w:sz w:val="19"/>
        </w:rPr>
        <w:t>Moje miejsce w Moim mieście – rewitalizacja podwórek w Ostródzie</w:t>
      </w:r>
      <w:bookmarkEnd w:id="0"/>
      <w:r w:rsidRPr="009A25F0">
        <w:rPr>
          <w:i/>
          <w:color w:val="555555"/>
          <w:sz w:val="19"/>
        </w:rPr>
        <w:t>”</w:t>
      </w:r>
    </w:p>
    <w:p w14:paraId="2377B464" w14:textId="77777777" w:rsidR="00EA6B9D" w:rsidRPr="009A25F0" w:rsidRDefault="00000000">
      <w:pPr>
        <w:keepNext/>
        <w:spacing w:before="360" w:after="120"/>
      </w:pPr>
      <w:r w:rsidRPr="009A25F0">
        <w:rPr>
          <w:b/>
          <w:color w:val="1B365D"/>
          <w:sz w:val="28"/>
        </w:rPr>
        <w:t>I. Dane Kandydata na Partnera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EA6B9D" w:rsidRPr="009A25F0" w14:paraId="381477B8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2502171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Pełna nazwa organizacji: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71FBFF9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4CC123B0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4419388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Forma prawna (np. stowarzyszenie, fundacja, spółdzielnia socjalna):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2C57908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59C6682F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882F37A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Numer KRS lub innego właściwego rejestru/ewidencji: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2C34F4F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640A69DD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B97AECA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NIP i REGON: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5193B72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7B583E3A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E8C4163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Adres siedziby (ulica, nr budynku/lokalu, kod pocztowy, miejscowość):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5B567B3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3E2B4A7F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3582F1C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Osoba / osoby uprawnione do reprezentowania (zgodnie z rejestrem):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913F859" w14:textId="77777777" w:rsidR="00EA6B9D" w:rsidRPr="009A25F0" w:rsidRDefault="00EA6B9D">
            <w:pPr>
              <w:spacing w:before="80" w:after="80"/>
            </w:pPr>
          </w:p>
        </w:tc>
      </w:tr>
      <w:tr w:rsidR="00EA6B9D" w:rsidRPr="009A25F0" w14:paraId="4FE9BABF" w14:textId="77777777">
        <w:trPr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DD5ADA6" w14:textId="77777777" w:rsidR="00EA6B9D" w:rsidRPr="009A25F0" w:rsidRDefault="00000000">
            <w:pPr>
              <w:spacing w:before="80" w:after="80"/>
            </w:pPr>
            <w:r w:rsidRPr="009A25F0">
              <w:rPr>
                <w:b/>
                <w:sz w:val="19"/>
              </w:rPr>
              <w:t>Osoba wyznaczona do kontaktów roboczych (imię, nazwisko, tel., e-mail):</w:t>
            </w:r>
          </w:p>
        </w:tc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9738608" w14:textId="77777777" w:rsidR="00EA6B9D" w:rsidRPr="009A25F0" w:rsidRDefault="00EA6B9D">
            <w:pPr>
              <w:spacing w:before="80" w:after="80"/>
            </w:pPr>
          </w:p>
        </w:tc>
      </w:tr>
    </w:tbl>
    <w:p w14:paraId="54AE030F" w14:textId="77777777" w:rsidR="00EA6B9D" w:rsidRPr="009A25F0" w:rsidRDefault="00EA6B9D">
      <w:pPr>
        <w:spacing w:after="120"/>
      </w:pPr>
    </w:p>
    <w:p w14:paraId="32B82FD7" w14:textId="77777777" w:rsidR="00EA6B9D" w:rsidRPr="009A25F0" w:rsidRDefault="00000000">
      <w:pPr>
        <w:keepNext/>
        <w:spacing w:before="360" w:after="120"/>
      </w:pPr>
      <w:r w:rsidRPr="009A25F0">
        <w:rPr>
          <w:b/>
          <w:color w:val="1B365D"/>
          <w:sz w:val="28"/>
        </w:rPr>
        <w:t>II. Część formalna (Wymagane oświadczenia i deklaracje)</w:t>
      </w:r>
    </w:p>
    <w:p w14:paraId="5F101954" w14:textId="77777777" w:rsidR="00EA6B9D" w:rsidRPr="009A25F0" w:rsidRDefault="00000000">
      <w:pPr>
        <w:spacing w:after="160"/>
      </w:pPr>
      <w:r w:rsidRPr="009A25F0">
        <w:rPr>
          <w:i/>
          <w:sz w:val="19"/>
        </w:rPr>
        <w:t>Proszę zaznaczyć właściwe pole (X) potwierdzające spełnienie danego wymogu formalnego. Brak zaznaczenia pola lub zaznaczenie pola „NIE” skutkuje odrzuceniem oferty na etapie oceny formalnej.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6912"/>
        <w:gridCol w:w="1872"/>
      </w:tblGrid>
      <w:tr w:rsidR="00EA6B9D" w:rsidRPr="009A25F0" w14:paraId="7F3D7012" w14:textId="77777777">
        <w:trPr>
          <w:jc w:val="center"/>
        </w:trPr>
        <w:tc>
          <w:tcPr>
            <w:tcW w:w="576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07A89DA3" w14:textId="77777777" w:rsidR="00EA6B9D" w:rsidRPr="009A25F0" w:rsidRDefault="00000000">
            <w:pPr>
              <w:spacing w:before="120" w:after="120"/>
              <w:jc w:val="center"/>
            </w:pPr>
            <w:r w:rsidRPr="009A25F0">
              <w:rPr>
                <w:b/>
                <w:color w:val="FFFFFF"/>
                <w:sz w:val="19"/>
              </w:rPr>
              <w:lastRenderedPageBreak/>
              <w:t>Lp.</w:t>
            </w:r>
          </w:p>
        </w:tc>
        <w:tc>
          <w:tcPr>
            <w:tcW w:w="6912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6AB41BD4" w14:textId="77777777" w:rsidR="00EA6B9D" w:rsidRPr="009A25F0" w:rsidRDefault="00000000">
            <w:pPr>
              <w:spacing w:before="120" w:after="120"/>
            </w:pPr>
            <w:r w:rsidRPr="009A25F0">
              <w:rPr>
                <w:b/>
                <w:color w:val="FFFFFF"/>
                <w:sz w:val="19"/>
              </w:rPr>
              <w:t>Treść oświadczenia</w:t>
            </w:r>
          </w:p>
        </w:tc>
        <w:tc>
          <w:tcPr>
            <w:tcW w:w="1872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1A9C74E7" w14:textId="77777777" w:rsidR="00EA6B9D" w:rsidRPr="009A25F0" w:rsidRDefault="00000000">
            <w:pPr>
              <w:spacing w:before="120" w:after="120"/>
              <w:jc w:val="center"/>
            </w:pPr>
            <w:r w:rsidRPr="009A25F0">
              <w:rPr>
                <w:b/>
                <w:color w:val="FFFFFF"/>
                <w:sz w:val="19"/>
              </w:rPr>
              <w:t>Deklaracja (Zaznaczyć X)</w:t>
            </w:r>
          </w:p>
        </w:tc>
      </w:tr>
      <w:tr w:rsidR="00EA6B9D" w:rsidRPr="009A25F0" w14:paraId="2A8A57B8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3015E8B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1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694EC04" w14:textId="7777777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reprezentowany przeze mnie podmiot jest zarejestrowaną w Polsce organizacją pozarządową (w rozumieniu art. 3 ust. 2 ustawy o działalności pożytku publicznego i o wolontariacie) lub spółdzielnią socjalną (w rozumieniu art. 3 ust. 3 tej ustawy) i spełnia warunki uznania za partnera społecznego.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A2F101F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5B93185C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853FB3F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2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8DA6BB6" w14:textId="59EBD15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reprezentowany podmiot nie podlega wykluczeniu z możliwości otrzymania dofinansowania ze środków publicznych, w tym na podstawie art. 207 ustawy o finansach publicznych</w:t>
            </w:r>
            <w:r w:rsidR="00F25538">
              <w:rPr>
                <w:sz w:val="19"/>
              </w:rPr>
              <w:t>, lub wobec których orzeczono zakaz dostępu do środków funduszy europejskich na podstawie odrębnych przepisów.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E631E6E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7989AE86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51A565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3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E6E338C" w14:textId="1A0FE428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 xml:space="preserve">Oświadczam, że reprezentowany podmiot nie zalega z płatnościami podatków, składek na ubezpieczenia społeczne </w:t>
            </w:r>
            <w:r w:rsidR="00F25538">
              <w:rPr>
                <w:sz w:val="19"/>
              </w:rPr>
              <w:t>i zdrowotne, Fundusz Pracy, Państwowy Fundusz Rehabilitacyjny Osób Niepełnosprawnych oraz innych należności wymaganych odrębnymi przepisami.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4BC5EB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4E97CC46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1F93F3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4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1FA2606" w14:textId="7777777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żadna z osób wchodzących w skład personelu przewidzianego do realizacji działań w ramach projektu (instruktorzy/animatorzy) nie została prawomocnie skazana za przestępstwo przeciwko wolności seksualnej i obyczajności, w szczególności na szkodę małoletniego.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4918B3F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42067018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08471D9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5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4105232" w14:textId="2BAC1BC0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Oświadczam, że zapoznaliśmy się z treścią Ogłoszenia o naborze oraz Regulaminem udzielania grantów i w przypadku wyboru naszej oferty zobowiązujemy się do aktywnej realizacji merytorycznego zakresu projektu i podpisania umowy partnerskiej.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12E2320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EA6B9D" w:rsidRPr="009A25F0" w14:paraId="51B61787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C073106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sz w:val="19"/>
              </w:rPr>
              <w:t>6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AF060AA" w14:textId="77777777" w:rsidR="00EA6B9D" w:rsidRPr="009A25F0" w:rsidRDefault="00000000">
            <w:pPr>
              <w:spacing w:before="80" w:after="80"/>
            </w:pPr>
            <w:r w:rsidRPr="009A25F0">
              <w:rPr>
                <w:sz w:val="19"/>
              </w:rPr>
              <w:t>Wyrażam zgodę na upublicznienie informacji o wyborze reprezentowanej organizacji na Partnera projektu (nazwa i adres) oraz wyrażam zgodę na przetwarzanie danych osobowych zawartych w ofercie na potrzeby przeprowadzenia naboru i realizacji partnerstwa, zgodnie z RODO.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2B9170D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9A25F0" w:rsidRPr="009A25F0" w14:paraId="35AC3BE1" w14:textId="77777777" w:rsidTr="00F25538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3E8E097" w14:textId="2B81FE55" w:rsidR="009A25F0" w:rsidRPr="009A25F0" w:rsidRDefault="009A25F0">
            <w:pPr>
              <w:spacing w:before="80" w:after="80"/>
              <w:jc w:val="center"/>
              <w:rPr>
                <w:sz w:val="19"/>
              </w:rPr>
            </w:pPr>
            <w:r w:rsidRPr="009A25F0">
              <w:rPr>
                <w:sz w:val="19"/>
              </w:rPr>
              <w:t>7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7FCB635" w14:textId="67628FEC" w:rsidR="009A25F0" w:rsidRPr="009A25F0" w:rsidRDefault="009A25F0">
            <w:pPr>
              <w:spacing w:before="80" w:after="80"/>
              <w:rPr>
                <w:sz w:val="19"/>
              </w:rPr>
            </w:pPr>
            <w:r w:rsidRPr="009A25F0">
              <w:rPr>
                <w:sz w:val="19"/>
              </w:rPr>
              <w:t>Oświadczam, że nasz zespół projektowy będzie dyspozycyjny przez okres realizacji I rozliczenia projektu.</w:t>
            </w:r>
            <w:r w:rsidR="00F25538">
              <w:t xml:space="preserve"> 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4E6CF51" w14:textId="42FDDF0C" w:rsidR="009A25F0" w:rsidRPr="009A25F0" w:rsidRDefault="009A25F0">
            <w:pPr>
              <w:spacing w:before="80" w:after="80"/>
              <w:jc w:val="center"/>
              <w:rPr>
                <w:b/>
                <w:sz w:val="18"/>
              </w:rPr>
            </w:pPr>
            <w:r w:rsidRPr="009A25F0">
              <w:rPr>
                <w:b/>
                <w:sz w:val="18"/>
              </w:rPr>
              <w:t>☐ TAK   ☐ NIE</w:t>
            </w:r>
          </w:p>
        </w:tc>
      </w:tr>
      <w:tr w:rsidR="009A25F0" w:rsidRPr="009A25F0" w14:paraId="338EE084" w14:textId="77777777">
        <w:trPr>
          <w:jc w:val="center"/>
        </w:trPr>
        <w:tc>
          <w:tcPr>
            <w:tcW w:w="5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B9C874D" w14:textId="0B47F50F" w:rsidR="009A25F0" w:rsidRPr="009A25F0" w:rsidRDefault="009A25F0">
            <w:pPr>
              <w:spacing w:before="80" w:after="80"/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8</w:t>
            </w:r>
          </w:p>
        </w:tc>
        <w:tc>
          <w:tcPr>
            <w:tcW w:w="69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EFF6E97" w14:textId="0B40C459" w:rsidR="009A25F0" w:rsidRPr="009A25F0" w:rsidRDefault="009A25F0" w:rsidP="009A25F0">
            <w:pPr>
              <w:spacing w:before="80" w:after="80"/>
              <w:jc w:val="both"/>
              <w:rPr>
                <w:sz w:val="19"/>
              </w:rPr>
            </w:pPr>
            <w:r>
              <w:rPr>
                <w:sz w:val="19"/>
              </w:rPr>
              <w:t>Oświadczam, że jesteśmy gotowi do bieżącej współpracy z Liderem, w tym udziału w monitoringu, dokumentowaniu, ewaluacji i rozliczaniu działań realizowanych przez partnera.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842539F" w14:textId="0802EA85" w:rsidR="009A25F0" w:rsidRPr="009A25F0" w:rsidRDefault="00F25538">
            <w:pPr>
              <w:spacing w:before="80" w:after="80"/>
              <w:jc w:val="center"/>
              <w:rPr>
                <w:b/>
                <w:sz w:val="18"/>
              </w:rPr>
            </w:pPr>
            <w:r w:rsidRPr="009A25F0">
              <w:rPr>
                <w:b/>
                <w:sz w:val="18"/>
              </w:rPr>
              <w:t>☐ TAK   ☐ NIE</w:t>
            </w:r>
          </w:p>
        </w:tc>
      </w:tr>
    </w:tbl>
    <w:p w14:paraId="51B16CA9" w14:textId="77777777" w:rsidR="00EA6B9D" w:rsidRPr="009A25F0" w:rsidRDefault="00EA6B9D">
      <w:pPr>
        <w:spacing w:after="120"/>
      </w:pPr>
    </w:p>
    <w:p w14:paraId="1EA26856" w14:textId="77777777" w:rsidR="00EA6B9D" w:rsidRPr="009A25F0" w:rsidRDefault="00000000">
      <w:pPr>
        <w:keepNext/>
        <w:spacing w:before="360" w:after="120"/>
      </w:pPr>
      <w:r w:rsidRPr="009A25F0">
        <w:rPr>
          <w:b/>
          <w:color w:val="1B365D"/>
          <w:sz w:val="28"/>
        </w:rPr>
        <w:t>III. Część merytoryczna (Kryteria merytoryczne)</w:t>
      </w:r>
    </w:p>
    <w:p w14:paraId="57897605" w14:textId="2E01A446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 xml:space="preserve">1. Zgodność celów statutowych z celami partnerstwa (max </w:t>
      </w:r>
      <w:r w:rsidR="002641AF">
        <w:rPr>
          <w:b/>
          <w:color w:val="2B5B84"/>
          <w:sz w:val="24"/>
        </w:rPr>
        <w:t>15</w:t>
      </w:r>
      <w:r w:rsidRPr="009A25F0">
        <w:rPr>
          <w:b/>
          <w:color w:val="2B5B84"/>
          <w:sz w:val="24"/>
        </w:rPr>
        <w:t xml:space="preserve"> pkt)</w:t>
      </w:r>
    </w:p>
    <w:p w14:paraId="4F81824B" w14:textId="77777777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>Proszę wskazać konkretne zapisy z Państwa Statutu lub KRS (podając numer paragrafu i dokładną treść), które potwierdzają, że Państwa działalność statutowa mieści się w określonych obszarach: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EA6B9D" w:rsidRPr="009A25F0" w14:paraId="5CFC4EAC" w14:textId="77777777">
        <w:trPr>
          <w:jc w:val="center"/>
        </w:trPr>
        <w:tc>
          <w:tcPr>
            <w:tcW w:w="3168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6706757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Obszar działalności statutowej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139444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Cytat z zapisu w Statucie / KRS (podaj nr paragrafu i treść)</w:t>
            </w:r>
          </w:p>
        </w:tc>
      </w:tr>
      <w:tr w:rsidR="00EA6B9D" w:rsidRPr="009A25F0" w14:paraId="707ACD95" w14:textId="77777777">
        <w:trPr>
          <w:jc w:val="center"/>
        </w:trPr>
        <w:tc>
          <w:tcPr>
            <w:tcW w:w="316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A29E7D4" w14:textId="5D0350F6" w:rsidR="009706E1" w:rsidRDefault="009706E1" w:rsidP="009706E1">
            <w:pPr>
              <w:spacing w:before="80" w:after="80"/>
              <w:rPr>
                <w:b/>
                <w:sz w:val="18"/>
              </w:rPr>
            </w:pPr>
            <w:r w:rsidRPr="009A25F0">
              <w:rPr>
                <w:b/>
                <w:sz w:val="18"/>
              </w:rPr>
              <w:t xml:space="preserve">Sfera </w:t>
            </w:r>
            <w:r w:rsidR="002641AF" w:rsidRPr="002641AF">
              <w:rPr>
                <w:b/>
                <w:sz w:val="18"/>
              </w:rPr>
              <w:t xml:space="preserve">integracji, animacji społecznej, edukacji lub partycypacji obywatelskiej </w:t>
            </w:r>
            <w:r w:rsidRPr="009A25F0">
              <w:rPr>
                <w:b/>
                <w:sz w:val="18"/>
              </w:rPr>
              <w:t xml:space="preserve">- max </w:t>
            </w:r>
            <w:r w:rsidR="002641AF">
              <w:rPr>
                <w:b/>
                <w:sz w:val="18"/>
              </w:rPr>
              <w:t>7</w:t>
            </w:r>
            <w:r w:rsidRPr="009A25F0">
              <w:rPr>
                <w:b/>
                <w:sz w:val="18"/>
              </w:rPr>
              <w:t xml:space="preserve"> pkt</w:t>
            </w:r>
          </w:p>
          <w:p w14:paraId="56630D40" w14:textId="7FDE9018" w:rsidR="00EA6B9D" w:rsidRPr="009A25F0" w:rsidRDefault="00EA6B9D">
            <w:pPr>
              <w:spacing w:before="80" w:after="80"/>
            </w:pP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1003840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  <w:tr w:rsidR="00EA6B9D" w:rsidRPr="009A25F0" w14:paraId="0D8AACF6" w14:textId="77777777">
        <w:trPr>
          <w:jc w:val="center"/>
        </w:trPr>
        <w:tc>
          <w:tcPr>
            <w:tcW w:w="316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22DC145" w14:textId="100C216B" w:rsidR="009706E1" w:rsidRPr="009A25F0" w:rsidRDefault="009706E1">
            <w:pPr>
              <w:spacing w:before="80" w:after="80"/>
            </w:pPr>
            <w:r w:rsidRPr="009A25F0">
              <w:rPr>
                <w:b/>
                <w:sz w:val="18"/>
              </w:rPr>
              <w:t xml:space="preserve">Sfera </w:t>
            </w:r>
            <w:r w:rsidR="002641AF" w:rsidRPr="002641AF">
              <w:rPr>
                <w:b/>
                <w:sz w:val="18"/>
              </w:rPr>
              <w:t>adaptacji do zmian klimatu, ekologii i ochrony środowiska</w:t>
            </w:r>
            <w:r w:rsidRPr="009A25F0">
              <w:rPr>
                <w:b/>
                <w:sz w:val="18"/>
              </w:rPr>
              <w:br/>
              <w:t xml:space="preserve">(np. edukacja ekologiczna, ochrona przyrody, klimat) - max </w:t>
            </w:r>
            <w:r w:rsidR="002641AF">
              <w:rPr>
                <w:b/>
                <w:sz w:val="18"/>
              </w:rPr>
              <w:t>8</w:t>
            </w:r>
            <w:r w:rsidRPr="009A25F0">
              <w:rPr>
                <w:b/>
                <w:sz w:val="18"/>
              </w:rPr>
              <w:t xml:space="preserve"> pkt</w:t>
            </w:r>
          </w:p>
        </w:tc>
        <w:tc>
          <w:tcPr>
            <w:tcW w:w="619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05C3C8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</w:tbl>
    <w:p w14:paraId="1C1A0966" w14:textId="77777777" w:rsidR="00EA6B9D" w:rsidRPr="009A25F0" w:rsidRDefault="00EA6B9D">
      <w:pPr>
        <w:spacing w:after="120"/>
      </w:pPr>
    </w:p>
    <w:p w14:paraId="2DE75217" w14:textId="77777777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>2. Doświadczenie w realizacji podobnych projektów w okresie ostatnich 5 lat (max 30 pkt)</w:t>
      </w:r>
    </w:p>
    <w:p w14:paraId="1E451380" w14:textId="38419059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 xml:space="preserve">Proszę wymienić maksymalnie 3 kluczowe projekty o charakterze społecznym, </w:t>
      </w:r>
      <w:r w:rsidR="002641AF">
        <w:rPr>
          <w:sz w:val="19"/>
        </w:rPr>
        <w:t xml:space="preserve">partycypacyjnym, </w:t>
      </w:r>
      <w:r w:rsidRPr="009A25F0">
        <w:rPr>
          <w:sz w:val="19"/>
        </w:rPr>
        <w:t>ekologicznym lub edukacyjnym, zrealizowane przez Państwa podmiot w okresie ostatnich 5 lat przed dniem ogłoszenia naboru. Za wykazanie 3 lub więcej zrealizowanych projektów przyznawana jest maksymalna ocena merytoryczna (30 pkt):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2880"/>
        <w:gridCol w:w="2016"/>
        <w:gridCol w:w="3888"/>
      </w:tblGrid>
      <w:tr w:rsidR="00EA6B9D" w:rsidRPr="009A25F0" w14:paraId="3938D0AA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B09D27E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Lp.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2DD001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Tytuł projektu / przedsięwzięcia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3587348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Okres realizacji, budżet i źródło finansowania</w:t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34B423C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Opis zakresu merytorycznego, grupy odbiorców oraz roli Partnera</w:t>
            </w:r>
          </w:p>
        </w:tc>
      </w:tr>
      <w:tr w:rsidR="00EA6B9D" w:rsidRPr="009A25F0" w14:paraId="43825720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3A9CD9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lastRenderedPageBreak/>
              <w:t>1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4401C47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A89992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BC519FA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  <w:tr w:rsidR="00EA6B9D" w:rsidRPr="009A25F0" w14:paraId="3261E481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A552F27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2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0FEE4C7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D9B78A4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06FF6F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  <w:tr w:rsidR="00EA6B9D" w:rsidRPr="009A25F0" w14:paraId="03630BC7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7087F7FC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3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2B41778F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099469EA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DAFFBFE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  <w:r w:rsidRPr="009A25F0">
              <w:br/>
            </w:r>
          </w:p>
        </w:tc>
      </w:tr>
    </w:tbl>
    <w:p w14:paraId="09C7963B" w14:textId="77777777" w:rsidR="00EA6B9D" w:rsidRPr="009A25F0" w:rsidRDefault="00EA6B9D">
      <w:pPr>
        <w:spacing w:after="120"/>
      </w:pPr>
    </w:p>
    <w:p w14:paraId="48DB0D1B" w14:textId="77777777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>3. Potencjał osobowy Partnera (max 15 pkt)</w:t>
      </w:r>
    </w:p>
    <w:p w14:paraId="16929D14" w14:textId="432310F7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 xml:space="preserve">Proszę wykazać dysponowanie co najmniej 2 osobami posiadającymi kwalifikacje </w:t>
      </w:r>
      <w:r w:rsidR="005D69C8">
        <w:rPr>
          <w:sz w:val="19"/>
        </w:rPr>
        <w:t>lub</w:t>
      </w:r>
      <w:r w:rsidRPr="009A25F0">
        <w:rPr>
          <w:sz w:val="19"/>
        </w:rPr>
        <w:t xml:space="preserve"> doświadczenie odpowiednie do prowadzenia przewidzianych w projekcie działań (np. warsztatów </w:t>
      </w:r>
      <w:r w:rsidR="002641AF" w:rsidRPr="002641AF">
        <w:rPr>
          <w:sz w:val="19"/>
        </w:rPr>
        <w:t>z adaptacji do zmian klimatu</w:t>
      </w:r>
      <w:r w:rsidR="002641AF">
        <w:rPr>
          <w:sz w:val="19"/>
        </w:rPr>
        <w:t>/</w:t>
      </w:r>
      <w:r w:rsidRPr="009A25F0">
        <w:rPr>
          <w:sz w:val="19"/>
        </w:rPr>
        <w:t>ekologicznych, animacji społecznej</w:t>
      </w:r>
      <w:r w:rsidR="002641AF">
        <w:rPr>
          <w:sz w:val="19"/>
        </w:rPr>
        <w:t>/partycypacji</w:t>
      </w:r>
      <w:r w:rsidRPr="009A25F0">
        <w:rPr>
          <w:sz w:val="19"/>
        </w:rPr>
        <w:t xml:space="preserve">, nieformalnych spotkań sąsiedzkich).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2880"/>
        <w:gridCol w:w="2016"/>
        <w:gridCol w:w="3888"/>
      </w:tblGrid>
      <w:tr w:rsidR="00EA6B9D" w:rsidRPr="009A25F0" w14:paraId="7A0B3FA5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1A0BAB2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Lp.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5E26FB81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Planowana funkcja w projekcie</w:t>
            </w:r>
            <w:r w:rsidRPr="009A25F0">
              <w:rPr>
                <w:b/>
                <w:sz w:val="19"/>
              </w:rPr>
              <w:br/>
              <w:t>(np. instruktor, animator)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88B7096" w14:textId="5FE68A41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 xml:space="preserve">Wymagane wykształcenie </w:t>
            </w:r>
            <w:r w:rsidR="005D69C8">
              <w:rPr>
                <w:b/>
                <w:sz w:val="19"/>
              </w:rPr>
              <w:t>lub</w:t>
            </w:r>
            <w:r w:rsidRPr="009A25F0">
              <w:rPr>
                <w:b/>
                <w:sz w:val="19"/>
              </w:rPr>
              <w:t xml:space="preserve"> posiadane kwalifikacje</w:t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E2E8F0"/>
              <w:right w:val="single" w:sz="4" w:space="0" w:color="CBD5E1"/>
            </w:tcBorders>
            <w:shd w:val="clear" w:color="auto" w:fill="E2E8F0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86AF379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Doświadczenie w prowadzeniu działań o podobnym charakterze (społecznych, animacyjnych, ekologicznych)</w:t>
            </w:r>
          </w:p>
        </w:tc>
      </w:tr>
      <w:tr w:rsidR="00EA6B9D" w:rsidRPr="009A25F0" w14:paraId="70B7A1CA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C95A337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33A33BA4" w14:textId="10E78763" w:rsidR="00EA6B9D" w:rsidRPr="009A25F0" w:rsidRDefault="00000000">
            <w:pPr>
              <w:spacing w:before="80" w:after="80"/>
            </w:pPr>
            <w:r w:rsidRPr="009A25F0">
              <w:rPr>
                <w:i/>
                <w:sz w:val="18"/>
              </w:rPr>
              <w:t xml:space="preserve">1. Prowadzący warsztaty </w:t>
            </w:r>
            <w:r w:rsidR="005D69C8">
              <w:rPr>
                <w:i/>
                <w:sz w:val="18"/>
              </w:rPr>
              <w:t xml:space="preserve">z adaptacji do zmian klimatu / </w:t>
            </w:r>
            <w:r w:rsidRPr="009A25F0">
              <w:rPr>
                <w:i/>
                <w:sz w:val="18"/>
              </w:rPr>
              <w:t>ekologiczne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833C112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48295C0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</w:tr>
      <w:tr w:rsidR="00EA6B9D" w:rsidRPr="009A25F0" w14:paraId="2DA90A74" w14:textId="77777777">
        <w:trPr>
          <w:jc w:val="center"/>
        </w:trPr>
        <w:tc>
          <w:tcPr>
            <w:tcW w:w="57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4FC6C7AE" w14:textId="77777777" w:rsidR="00EA6B9D" w:rsidRPr="009A25F0" w:rsidRDefault="00000000">
            <w:pPr>
              <w:spacing w:before="80" w:after="80"/>
              <w:jc w:val="center"/>
            </w:pPr>
            <w:r w:rsidRPr="009A25F0">
              <w:rPr>
                <w:b/>
                <w:sz w:val="19"/>
              </w:rPr>
              <w:t>2</w:t>
            </w:r>
          </w:p>
        </w:tc>
        <w:tc>
          <w:tcPr>
            <w:tcW w:w="288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7E73D73" w14:textId="77777777" w:rsidR="00EA6B9D" w:rsidRPr="009A25F0" w:rsidRDefault="00000000">
            <w:pPr>
              <w:spacing w:before="80" w:after="80"/>
            </w:pPr>
            <w:r w:rsidRPr="009A25F0">
              <w:rPr>
                <w:i/>
                <w:sz w:val="18"/>
              </w:rPr>
              <w:t>2. Animator spotkań sąsiedzkich</w:t>
            </w:r>
          </w:p>
        </w:tc>
        <w:tc>
          <w:tcPr>
            <w:tcW w:w="2016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1D2D1316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  <w:tc>
          <w:tcPr>
            <w:tcW w:w="388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140" w:type="dxa"/>
              <w:left w:w="180" w:type="dxa"/>
              <w:bottom w:w="140" w:type="dxa"/>
              <w:right w:w="140" w:type="dxa"/>
            </w:tcMar>
          </w:tcPr>
          <w:p w14:paraId="6541F035" w14:textId="77777777" w:rsidR="00EA6B9D" w:rsidRPr="009A25F0" w:rsidRDefault="00000000">
            <w:pPr>
              <w:spacing w:before="80" w:after="80"/>
            </w:pPr>
            <w:r w:rsidRPr="009A25F0">
              <w:br/>
            </w:r>
            <w:r w:rsidRPr="009A25F0">
              <w:br/>
            </w:r>
          </w:p>
        </w:tc>
      </w:tr>
    </w:tbl>
    <w:p w14:paraId="4902DEE1" w14:textId="77777777" w:rsidR="00EA6B9D" w:rsidRPr="009A25F0" w:rsidRDefault="00EA6B9D">
      <w:pPr>
        <w:spacing w:after="120"/>
      </w:pPr>
    </w:p>
    <w:p w14:paraId="0E2D364F" w14:textId="0E92DC43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lastRenderedPageBreak/>
        <w:t xml:space="preserve">4. Działalność lokalna na terenie miasta Ostróda (kryterium premiujące - max </w:t>
      </w:r>
      <w:r w:rsidR="002641AF">
        <w:rPr>
          <w:b/>
          <w:color w:val="2B5B84"/>
          <w:sz w:val="24"/>
        </w:rPr>
        <w:t>30</w:t>
      </w:r>
      <w:r w:rsidRPr="009A25F0">
        <w:rPr>
          <w:b/>
          <w:color w:val="2B5B84"/>
          <w:sz w:val="24"/>
        </w:rPr>
        <w:t xml:space="preserve"> pkt)</w:t>
      </w:r>
    </w:p>
    <w:p w14:paraId="77891CA2" w14:textId="756FDB34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 xml:space="preserve">Kryterium ma charakter wyłącznie premiujący (brak działalności lokalnej nie powoduje odrzucenia oferty, lecz przyznanie 0 pkt). W celu uzyskania </w:t>
      </w:r>
      <w:r w:rsidR="009706E1">
        <w:rPr>
          <w:sz w:val="19"/>
        </w:rPr>
        <w:t>30</w:t>
      </w:r>
      <w:r w:rsidRPr="009A25F0">
        <w:rPr>
          <w:sz w:val="19"/>
        </w:rPr>
        <w:t xml:space="preserve"> punktów proszę udokumentować prowadzenie aktywnej działalności statutowej lub realizację co najmniej 1 przedsięwzięcia (projektu, akcji, warsztatu) na terenie miasta Ostróda w</w:t>
      </w:r>
      <w:r w:rsidR="002B324A">
        <w:rPr>
          <w:sz w:val="19"/>
        </w:rPr>
        <w:t> </w:t>
      </w:r>
      <w:r w:rsidRPr="009A25F0">
        <w:rPr>
          <w:sz w:val="19"/>
        </w:rPr>
        <w:t>okresie ostatnich 5 lat przed ogłoszeniem naboru. Proszę krótko opisać to przedsięwzięcie (tytuł, data, zakres, grupa odbiorców) oraz zadeklarować posiadane dokumenty potwierdzające (np. referencje, sprawozdania, linki):</w:t>
      </w:r>
    </w:p>
    <w:p w14:paraId="621C6BEF" w14:textId="77777777" w:rsidR="00EA6B9D" w:rsidRPr="009A25F0" w:rsidRDefault="00000000">
      <w:pPr>
        <w:spacing w:before="120" w:after="240"/>
        <w:ind w:left="288" w:right="288"/>
      </w:pPr>
      <w:r w:rsidRPr="009A25F0">
        <w:rPr>
          <w:i/>
          <w:color w:val="888888"/>
          <w:sz w:val="19"/>
        </w:rPr>
        <w:t>[MIEJSCE NA WPISANIE OPISU DZIAŁALNOŚCI LOKALNEJ LUB PRZEDSIĘWZIĘCIA W OSTRÓDZIE - max 1 strona]</w:t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  <w:r w:rsidRPr="009A25F0">
        <w:rPr>
          <w:i/>
          <w:color w:val="888888"/>
          <w:sz w:val="19"/>
        </w:rPr>
        <w:br/>
      </w:r>
    </w:p>
    <w:p w14:paraId="77659E0A" w14:textId="77777777" w:rsidR="00EA6B9D" w:rsidRPr="009A25F0" w:rsidRDefault="00000000">
      <w:pPr>
        <w:keepNext/>
        <w:spacing w:before="240" w:after="120"/>
      </w:pPr>
      <w:r w:rsidRPr="009A25F0">
        <w:rPr>
          <w:b/>
          <w:color w:val="2B5B84"/>
          <w:sz w:val="24"/>
        </w:rPr>
        <w:t>5. Certyfikat dostępności (kryterium premiujące, obowiązkowe - max 10 pkt)</w:t>
      </w:r>
    </w:p>
    <w:p w14:paraId="106CED42" w14:textId="77777777" w:rsidR="00EA6B9D" w:rsidRPr="009A25F0" w:rsidRDefault="00000000" w:rsidP="002B324A">
      <w:pPr>
        <w:spacing w:after="120"/>
        <w:jc w:val="both"/>
      </w:pPr>
      <w:r w:rsidRPr="009A25F0">
        <w:rPr>
          <w:sz w:val="19"/>
        </w:rPr>
        <w:t>Zgodnie z wymogami unijnymi i regionalnymi, preferowane i premiowane są podmioty posiadające ważny certyfikat dostępności, o którym mowa w art. 15 ustawy z dnia 19 lipca 2019 r. o zapewnianiu dostępności osobom ze szczególnymi potrzebami:</w:t>
      </w:r>
    </w:p>
    <w:p w14:paraId="3DD6A7C3" w14:textId="77777777" w:rsidR="00EA6B9D" w:rsidRPr="009A25F0" w:rsidRDefault="00000000">
      <w:pPr>
        <w:spacing w:after="240"/>
        <w:ind w:left="576"/>
      </w:pPr>
      <w:r w:rsidRPr="009A25F0">
        <w:rPr>
          <w:b/>
        </w:rPr>
        <w:t xml:space="preserve">☐ TAK </w:t>
      </w:r>
      <w:r w:rsidRPr="009A25F0">
        <w:t xml:space="preserve">(posiadamy ważny certyfikat dostępności i załączamy jego kopię do oferty) – </w:t>
      </w:r>
      <w:r w:rsidRPr="009A25F0">
        <w:rPr>
          <w:b/>
        </w:rPr>
        <w:t>10 pkt</w:t>
      </w:r>
      <w:r w:rsidRPr="009A25F0">
        <w:rPr>
          <w:b/>
        </w:rPr>
        <w:br/>
        <w:t xml:space="preserve">☐ NIE </w:t>
      </w:r>
      <w:r w:rsidRPr="009A25F0">
        <w:t xml:space="preserve">(nie posiadamy certyfikatu dostępności) – </w:t>
      </w:r>
      <w:r w:rsidRPr="009A25F0">
        <w:rPr>
          <w:b/>
        </w:rPr>
        <w:t>0 pkt</w:t>
      </w:r>
    </w:p>
    <w:p w14:paraId="26494357" w14:textId="77777777" w:rsidR="00EA6B9D" w:rsidRPr="009A25F0" w:rsidRDefault="00EA6B9D">
      <w:pPr>
        <w:spacing w:after="240"/>
      </w:pPr>
    </w:p>
    <w:p w14:paraId="63A92623" w14:textId="77777777" w:rsidR="00EA6B9D" w:rsidRPr="009A25F0" w:rsidRDefault="00000000" w:rsidP="00D639F5">
      <w:pPr>
        <w:spacing w:after="360"/>
        <w:jc w:val="both"/>
      </w:pPr>
      <w:r w:rsidRPr="009A25F0">
        <w:rPr>
          <w:b/>
          <w:color w:val="7F1D1D"/>
          <w:sz w:val="19"/>
        </w:rPr>
        <w:t>Oświadczam pod odpowiedzialnością karną z art. 233 Kodeksu Karnego za składanie fałszywych oświadczeń, że wszystkie podane w ofercie dane są zgodne ze stanem faktycznym i prawnym.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A6B9D" w:rsidRPr="009A25F0" w14:paraId="04518908" w14:textId="77777777">
        <w:trPr>
          <w:jc w:val="center"/>
        </w:trPr>
        <w:tc>
          <w:tcPr>
            <w:tcW w:w="4680" w:type="dxa"/>
          </w:tcPr>
          <w:p w14:paraId="6B28FC22" w14:textId="77777777" w:rsidR="00EA6B9D" w:rsidRPr="009A25F0" w:rsidRDefault="00000000">
            <w:pPr>
              <w:spacing w:before="480" w:after="80"/>
            </w:pPr>
            <w:r w:rsidRPr="009A25F0">
              <w:t>........................................................................</w:t>
            </w:r>
            <w:r w:rsidRPr="009A25F0">
              <w:br/>
              <w:t>Miejscowość i data</w:t>
            </w:r>
          </w:p>
        </w:tc>
        <w:tc>
          <w:tcPr>
            <w:tcW w:w="4680" w:type="dxa"/>
          </w:tcPr>
          <w:p w14:paraId="1E5D8204" w14:textId="77777777" w:rsidR="00EA6B9D" w:rsidRPr="009A25F0" w:rsidRDefault="00000000">
            <w:pPr>
              <w:spacing w:before="480" w:after="80"/>
              <w:jc w:val="right"/>
            </w:pPr>
            <w:r w:rsidRPr="009A25F0">
              <w:t>........................................................................</w:t>
            </w:r>
            <w:r w:rsidRPr="009A25F0">
              <w:br/>
              <w:t>Podpis i pieczęć osoby uprawnionej</w:t>
            </w:r>
          </w:p>
        </w:tc>
      </w:tr>
    </w:tbl>
    <w:p w14:paraId="4702A683" w14:textId="77777777" w:rsidR="00640275" w:rsidRDefault="00640275"/>
    <w:p w14:paraId="73BD6A95" w14:textId="77777777" w:rsidR="00F25538" w:rsidRDefault="00F25538"/>
    <w:p w14:paraId="00928187" w14:textId="20C96D9C" w:rsidR="00F25538" w:rsidRDefault="00F25538">
      <w:r>
        <w:t>Załączniki do oferty:</w:t>
      </w:r>
    </w:p>
    <w:p w14:paraId="1A7D28B1" w14:textId="1245C0F7" w:rsidR="00F25538" w:rsidRDefault="00E02CD7" w:rsidP="00F25538">
      <w:pPr>
        <w:pStyle w:val="Akapitzlist"/>
        <w:numPr>
          <w:ilvl w:val="0"/>
          <w:numId w:val="10"/>
        </w:numPr>
      </w:pPr>
      <w:r>
        <w:t>Aktualny odpis z Krajowego Rejestru Sądowego lub innego właściwego rejestru/ewidencji, potwierdzający status prawny kandydata na Partnera.</w:t>
      </w:r>
    </w:p>
    <w:p w14:paraId="5BC75152" w14:textId="071A86DD" w:rsidR="00F25538" w:rsidRDefault="00E02CD7" w:rsidP="00F25538">
      <w:pPr>
        <w:pStyle w:val="Akapitzlist"/>
        <w:numPr>
          <w:ilvl w:val="0"/>
          <w:numId w:val="10"/>
        </w:numPr>
      </w:pPr>
      <w:r>
        <w:t>Statut lub inny dokument określający zakres prowadzonej działalności.</w:t>
      </w:r>
    </w:p>
    <w:p w14:paraId="6834C8ED" w14:textId="26BF9D6D" w:rsidR="00E02CD7" w:rsidRDefault="00E02CD7" w:rsidP="00F25538">
      <w:pPr>
        <w:pStyle w:val="Akapitzlist"/>
        <w:numPr>
          <w:ilvl w:val="0"/>
          <w:numId w:val="10"/>
        </w:numPr>
      </w:pPr>
      <w:r>
        <w:t>Pełnomocnictwo dla osób podpisujących ofertę – jeżeli dotyczy.</w:t>
      </w:r>
    </w:p>
    <w:p w14:paraId="4DE22B52" w14:textId="1A3AF2B5" w:rsidR="00E02CD7" w:rsidRDefault="00E02CD7" w:rsidP="00F25538">
      <w:pPr>
        <w:pStyle w:val="Akapitzlist"/>
        <w:numPr>
          <w:ilvl w:val="0"/>
          <w:numId w:val="10"/>
        </w:numPr>
      </w:pPr>
      <w:r>
        <w:lastRenderedPageBreak/>
        <w:t>Dokumenty potwierdzające doświadczenie oraz działalność na terenie miasta Ostróda (np. referencje, sprawozdania, umowy) – o ile kandydat na Partnera uzna ich załączenie za zasadne.</w:t>
      </w:r>
    </w:p>
    <w:p w14:paraId="0DB467E4" w14:textId="7CD6865D" w:rsidR="00E02CD7" w:rsidRPr="009A25F0" w:rsidRDefault="00E02CD7" w:rsidP="00F25538">
      <w:pPr>
        <w:pStyle w:val="Akapitzlist"/>
        <w:numPr>
          <w:ilvl w:val="0"/>
          <w:numId w:val="10"/>
        </w:numPr>
      </w:pPr>
      <w:r>
        <w:t>Kopia ważnego certyfikatu dostępności – jeżeli kandydat posiada taki certyfikat i ubiega się o punkty premiujące.</w:t>
      </w:r>
    </w:p>
    <w:sectPr w:rsidR="00E02CD7" w:rsidRPr="009A25F0" w:rsidSect="008E3B21">
      <w:headerReference w:type="default" r:id="rId8"/>
      <w:pgSz w:w="12240" w:h="15840"/>
      <w:pgMar w:top="2268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3EE90" w14:textId="77777777" w:rsidR="00B50DC4" w:rsidRDefault="00B50DC4" w:rsidP="008E3B21">
      <w:pPr>
        <w:spacing w:after="0" w:line="240" w:lineRule="auto"/>
      </w:pPr>
      <w:r>
        <w:separator/>
      </w:r>
    </w:p>
  </w:endnote>
  <w:endnote w:type="continuationSeparator" w:id="0">
    <w:p w14:paraId="50CBE8A1" w14:textId="77777777" w:rsidR="00B50DC4" w:rsidRDefault="00B50DC4" w:rsidP="008E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A4924" w14:textId="77777777" w:rsidR="00B50DC4" w:rsidRDefault="00B50DC4" w:rsidP="008E3B21">
      <w:pPr>
        <w:spacing w:after="0" w:line="240" w:lineRule="auto"/>
      </w:pPr>
      <w:r>
        <w:separator/>
      </w:r>
    </w:p>
  </w:footnote>
  <w:footnote w:type="continuationSeparator" w:id="0">
    <w:p w14:paraId="4AA0B285" w14:textId="77777777" w:rsidR="00B50DC4" w:rsidRDefault="00B50DC4" w:rsidP="008E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760E4" w14:textId="31482747" w:rsidR="008E3B21" w:rsidRDefault="008E3B21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70AF02" wp14:editId="1F2A8E4F">
          <wp:simplePos x="0" y="0"/>
          <wp:positionH relativeFrom="column">
            <wp:posOffset>2065020</wp:posOffset>
          </wp:positionH>
          <wp:positionV relativeFrom="paragraph">
            <wp:posOffset>656590</wp:posOffset>
          </wp:positionV>
          <wp:extent cx="1383665" cy="450850"/>
          <wp:effectExtent l="0" t="0" r="6985" b="6350"/>
          <wp:wrapSquare wrapText="bothSides"/>
          <wp:docPr id="202322506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43FBBC7" wp14:editId="227D356D">
          <wp:extent cx="5761355" cy="646430"/>
          <wp:effectExtent l="0" t="0" r="0" b="1270"/>
          <wp:docPr id="2717512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6381B58"/>
    <w:multiLevelType w:val="hybridMultilevel"/>
    <w:tmpl w:val="F35EF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357879">
    <w:abstractNumId w:val="8"/>
  </w:num>
  <w:num w:numId="2" w16cid:durableId="209340781">
    <w:abstractNumId w:val="6"/>
  </w:num>
  <w:num w:numId="3" w16cid:durableId="533621170">
    <w:abstractNumId w:val="5"/>
  </w:num>
  <w:num w:numId="4" w16cid:durableId="1313176296">
    <w:abstractNumId w:val="4"/>
  </w:num>
  <w:num w:numId="5" w16cid:durableId="222913781">
    <w:abstractNumId w:val="7"/>
  </w:num>
  <w:num w:numId="6" w16cid:durableId="1460612935">
    <w:abstractNumId w:val="3"/>
  </w:num>
  <w:num w:numId="7" w16cid:durableId="705526826">
    <w:abstractNumId w:val="2"/>
  </w:num>
  <w:num w:numId="8" w16cid:durableId="725034734">
    <w:abstractNumId w:val="1"/>
  </w:num>
  <w:num w:numId="9" w16cid:durableId="1640500940">
    <w:abstractNumId w:val="0"/>
  </w:num>
  <w:num w:numId="10" w16cid:durableId="854658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1C03"/>
    <w:rsid w:val="002641AF"/>
    <w:rsid w:val="0029639D"/>
    <w:rsid w:val="002B324A"/>
    <w:rsid w:val="00326F90"/>
    <w:rsid w:val="0038049E"/>
    <w:rsid w:val="005D69C8"/>
    <w:rsid w:val="00640275"/>
    <w:rsid w:val="0075697A"/>
    <w:rsid w:val="008E3B21"/>
    <w:rsid w:val="009706E1"/>
    <w:rsid w:val="009A25F0"/>
    <w:rsid w:val="00AA1D8D"/>
    <w:rsid w:val="00B47730"/>
    <w:rsid w:val="00B50DC4"/>
    <w:rsid w:val="00C354C1"/>
    <w:rsid w:val="00CB0664"/>
    <w:rsid w:val="00D16A78"/>
    <w:rsid w:val="00D639F5"/>
    <w:rsid w:val="00E02CD7"/>
    <w:rsid w:val="00E058FB"/>
    <w:rsid w:val="00EA6B9D"/>
    <w:rsid w:val="00EE143C"/>
    <w:rsid w:val="00EF493C"/>
    <w:rsid w:val="00F255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DFF8B8"/>
  <w14:defaultImageDpi w14:val="300"/>
  <w15:docId w15:val="{6572C85F-A01C-4785-BD06-037B82C02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1004</Words>
  <Characters>6030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Rafał Włodarski</cp:lastModifiedBy>
  <cp:revision>3</cp:revision>
  <dcterms:created xsi:type="dcterms:W3CDTF">2026-09-08T11:14:00Z</dcterms:created>
  <dcterms:modified xsi:type="dcterms:W3CDTF">2026-09-11T07:58:00Z</dcterms:modified>
  <cp:category/>
</cp:coreProperties>
</file>