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5A991" w14:textId="77777777" w:rsidR="00EA6B9D" w:rsidRPr="009A25F0" w:rsidRDefault="00000000">
      <w:pPr>
        <w:spacing w:after="80"/>
        <w:jc w:val="center"/>
      </w:pPr>
      <w:r w:rsidRPr="009A25F0">
        <w:rPr>
          <w:b/>
          <w:color w:val="2B5B84"/>
          <w:sz w:val="22"/>
        </w:rPr>
        <w:t>ZAŁĄCZNIK NR 1 DO OGŁOSZENIA</w:t>
      </w:r>
      <w:r w:rsidRPr="009A25F0">
        <w:rPr>
          <w:b/>
          <w:color w:val="2B5B84"/>
          <w:sz w:val="22"/>
        </w:rPr>
        <w:br/>
      </w:r>
      <w:r w:rsidRPr="009A25F0">
        <w:rPr>
          <w:b/>
          <w:color w:val="1B365D"/>
          <w:sz w:val="32"/>
        </w:rPr>
        <w:t>FORMULARZ OFERTY / ZGŁOSZENIA PARTNERA</w:t>
      </w:r>
    </w:p>
    <w:p w14:paraId="3EA6E3A3" w14:textId="77777777" w:rsidR="00EA6B9D" w:rsidRPr="009A25F0" w:rsidRDefault="00000000">
      <w:pPr>
        <w:spacing w:after="360"/>
        <w:jc w:val="center"/>
      </w:pPr>
      <w:r w:rsidRPr="009A25F0">
        <w:rPr>
          <w:i/>
          <w:color w:val="555555"/>
          <w:sz w:val="19"/>
        </w:rPr>
        <w:t>w ramach otwartego naboru na partnera społecznego do realizacji działań w projekcie</w:t>
      </w:r>
      <w:r w:rsidRPr="009A25F0">
        <w:rPr>
          <w:i/>
          <w:color w:val="555555"/>
          <w:sz w:val="19"/>
        </w:rPr>
        <w:br/>
        <w:t xml:space="preserve">„Aktywna Ostróda – działania kulturalne i społeczne w utworzonym Urban </w:t>
      </w:r>
      <w:proofErr w:type="spellStart"/>
      <w:r w:rsidRPr="009A25F0">
        <w:rPr>
          <w:i/>
          <w:color w:val="555555"/>
          <w:sz w:val="19"/>
        </w:rPr>
        <w:t>Cafe</w:t>
      </w:r>
      <w:proofErr w:type="spellEnd"/>
      <w:r w:rsidRPr="009A25F0">
        <w:rPr>
          <w:i/>
          <w:color w:val="555555"/>
          <w:sz w:val="19"/>
        </w:rPr>
        <w:t xml:space="preserve"> Ostróda”</w:t>
      </w:r>
    </w:p>
    <w:p w14:paraId="2377B464" w14:textId="77777777" w:rsidR="00EA6B9D" w:rsidRPr="009A25F0" w:rsidRDefault="00000000">
      <w:pPr>
        <w:keepNext/>
        <w:spacing w:before="360" w:after="120"/>
      </w:pPr>
      <w:r w:rsidRPr="009A25F0">
        <w:rPr>
          <w:b/>
          <w:color w:val="1B365D"/>
          <w:sz w:val="28"/>
        </w:rPr>
        <w:t>I. Dane Kandydata na Partnera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192"/>
      </w:tblGrid>
      <w:tr w:rsidR="00EA6B9D" w:rsidRPr="009A25F0" w14:paraId="381477B8" w14:textId="77777777">
        <w:trPr>
          <w:jc w:val="center"/>
        </w:trPr>
        <w:tc>
          <w:tcPr>
            <w:tcW w:w="31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42502171" w14:textId="77777777" w:rsidR="00EA6B9D" w:rsidRPr="009A25F0" w:rsidRDefault="00000000">
            <w:pPr>
              <w:spacing w:before="80" w:after="80"/>
            </w:pPr>
            <w:r w:rsidRPr="009A25F0">
              <w:rPr>
                <w:b/>
                <w:sz w:val="19"/>
              </w:rPr>
              <w:t>Pełna nazwa organizacji:</w:t>
            </w:r>
          </w:p>
        </w:tc>
        <w:tc>
          <w:tcPr>
            <w:tcW w:w="61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71FBFF9" w14:textId="77777777" w:rsidR="00EA6B9D" w:rsidRPr="009A25F0" w:rsidRDefault="00EA6B9D">
            <w:pPr>
              <w:spacing w:before="80" w:after="80"/>
            </w:pPr>
          </w:p>
        </w:tc>
      </w:tr>
      <w:tr w:rsidR="00EA6B9D" w:rsidRPr="009A25F0" w14:paraId="4CC123B0" w14:textId="77777777">
        <w:trPr>
          <w:jc w:val="center"/>
        </w:trPr>
        <w:tc>
          <w:tcPr>
            <w:tcW w:w="31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04419388" w14:textId="77777777" w:rsidR="00EA6B9D" w:rsidRPr="009A25F0" w:rsidRDefault="00000000">
            <w:pPr>
              <w:spacing w:before="80" w:after="80"/>
            </w:pPr>
            <w:r w:rsidRPr="009A25F0">
              <w:rPr>
                <w:b/>
                <w:sz w:val="19"/>
              </w:rPr>
              <w:t>Forma prawna (np. stowarzyszenie, fundacja, spółdzielnia socjalna):</w:t>
            </w:r>
          </w:p>
        </w:tc>
        <w:tc>
          <w:tcPr>
            <w:tcW w:w="61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62C57908" w14:textId="77777777" w:rsidR="00EA6B9D" w:rsidRPr="009A25F0" w:rsidRDefault="00EA6B9D">
            <w:pPr>
              <w:spacing w:before="80" w:after="80"/>
            </w:pPr>
          </w:p>
        </w:tc>
      </w:tr>
      <w:tr w:rsidR="00EA6B9D" w:rsidRPr="009A25F0" w14:paraId="59C6682F" w14:textId="77777777">
        <w:trPr>
          <w:jc w:val="center"/>
        </w:trPr>
        <w:tc>
          <w:tcPr>
            <w:tcW w:w="31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2882F37A" w14:textId="77777777" w:rsidR="00EA6B9D" w:rsidRPr="009A25F0" w:rsidRDefault="00000000">
            <w:pPr>
              <w:spacing w:before="80" w:after="80"/>
            </w:pPr>
            <w:r w:rsidRPr="009A25F0">
              <w:rPr>
                <w:b/>
                <w:sz w:val="19"/>
              </w:rPr>
              <w:t>Numer KRS lub innego właściwego rejestru/ewidencji:</w:t>
            </w:r>
          </w:p>
        </w:tc>
        <w:tc>
          <w:tcPr>
            <w:tcW w:w="61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42C34F4F" w14:textId="77777777" w:rsidR="00EA6B9D" w:rsidRPr="009A25F0" w:rsidRDefault="00EA6B9D">
            <w:pPr>
              <w:spacing w:before="80" w:after="80"/>
            </w:pPr>
          </w:p>
        </w:tc>
      </w:tr>
      <w:tr w:rsidR="00EA6B9D" w:rsidRPr="009A25F0" w14:paraId="640A69DD" w14:textId="77777777">
        <w:trPr>
          <w:jc w:val="center"/>
        </w:trPr>
        <w:tc>
          <w:tcPr>
            <w:tcW w:w="31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2B97AECA" w14:textId="77777777" w:rsidR="00EA6B9D" w:rsidRPr="009A25F0" w:rsidRDefault="00000000">
            <w:pPr>
              <w:spacing w:before="80" w:after="80"/>
            </w:pPr>
            <w:r w:rsidRPr="009A25F0">
              <w:rPr>
                <w:b/>
                <w:sz w:val="19"/>
              </w:rPr>
              <w:t>NIP i REGON:</w:t>
            </w:r>
          </w:p>
        </w:tc>
        <w:tc>
          <w:tcPr>
            <w:tcW w:w="61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75193B72" w14:textId="77777777" w:rsidR="00EA6B9D" w:rsidRPr="009A25F0" w:rsidRDefault="00EA6B9D">
            <w:pPr>
              <w:spacing w:before="80" w:after="80"/>
            </w:pPr>
          </w:p>
        </w:tc>
      </w:tr>
      <w:tr w:rsidR="00EA6B9D" w:rsidRPr="009A25F0" w14:paraId="7B583E3A" w14:textId="77777777">
        <w:trPr>
          <w:jc w:val="center"/>
        </w:trPr>
        <w:tc>
          <w:tcPr>
            <w:tcW w:w="31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7E8C4163" w14:textId="77777777" w:rsidR="00EA6B9D" w:rsidRPr="009A25F0" w:rsidRDefault="00000000">
            <w:pPr>
              <w:spacing w:before="80" w:after="80"/>
            </w:pPr>
            <w:r w:rsidRPr="009A25F0">
              <w:rPr>
                <w:b/>
                <w:sz w:val="19"/>
              </w:rPr>
              <w:t>Adres siedziby (ulica, nr budynku/lokalu, kod pocztowy, miejscowość):</w:t>
            </w:r>
          </w:p>
        </w:tc>
        <w:tc>
          <w:tcPr>
            <w:tcW w:w="61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65B567B3" w14:textId="77777777" w:rsidR="00EA6B9D" w:rsidRPr="009A25F0" w:rsidRDefault="00EA6B9D">
            <w:pPr>
              <w:spacing w:before="80" w:after="80"/>
            </w:pPr>
          </w:p>
        </w:tc>
      </w:tr>
      <w:tr w:rsidR="00EA6B9D" w:rsidRPr="009A25F0" w14:paraId="3E2B4A7F" w14:textId="77777777">
        <w:trPr>
          <w:jc w:val="center"/>
        </w:trPr>
        <w:tc>
          <w:tcPr>
            <w:tcW w:w="31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03582F1C" w14:textId="77777777" w:rsidR="00EA6B9D" w:rsidRPr="009A25F0" w:rsidRDefault="00000000">
            <w:pPr>
              <w:spacing w:before="80" w:after="80"/>
            </w:pPr>
            <w:r w:rsidRPr="009A25F0">
              <w:rPr>
                <w:b/>
                <w:sz w:val="19"/>
              </w:rPr>
              <w:t>Osoba / osoby uprawnione do reprezentowania (zgodnie z rejestrem):</w:t>
            </w:r>
          </w:p>
        </w:tc>
        <w:tc>
          <w:tcPr>
            <w:tcW w:w="61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6913F859" w14:textId="77777777" w:rsidR="00EA6B9D" w:rsidRPr="009A25F0" w:rsidRDefault="00EA6B9D">
            <w:pPr>
              <w:spacing w:before="80" w:after="80"/>
            </w:pPr>
          </w:p>
        </w:tc>
      </w:tr>
      <w:tr w:rsidR="00EA6B9D" w:rsidRPr="009A25F0" w14:paraId="4FE9BABF" w14:textId="77777777">
        <w:trPr>
          <w:jc w:val="center"/>
        </w:trPr>
        <w:tc>
          <w:tcPr>
            <w:tcW w:w="31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DD5ADA6" w14:textId="77777777" w:rsidR="00EA6B9D" w:rsidRPr="009A25F0" w:rsidRDefault="00000000">
            <w:pPr>
              <w:spacing w:before="80" w:after="80"/>
            </w:pPr>
            <w:r w:rsidRPr="009A25F0">
              <w:rPr>
                <w:b/>
                <w:sz w:val="19"/>
              </w:rPr>
              <w:t>Osoba wyznaczona do kontaktów roboczych (imię, nazwisko, tel., e-mail):</w:t>
            </w:r>
          </w:p>
        </w:tc>
        <w:tc>
          <w:tcPr>
            <w:tcW w:w="61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29738608" w14:textId="77777777" w:rsidR="00EA6B9D" w:rsidRPr="009A25F0" w:rsidRDefault="00EA6B9D">
            <w:pPr>
              <w:spacing w:before="80" w:after="80"/>
            </w:pPr>
          </w:p>
        </w:tc>
      </w:tr>
    </w:tbl>
    <w:p w14:paraId="54AE030F" w14:textId="77777777" w:rsidR="00EA6B9D" w:rsidRPr="009A25F0" w:rsidRDefault="00EA6B9D">
      <w:pPr>
        <w:spacing w:after="120"/>
      </w:pPr>
    </w:p>
    <w:p w14:paraId="32B82FD7" w14:textId="77777777" w:rsidR="00EA6B9D" w:rsidRPr="009A25F0" w:rsidRDefault="00000000">
      <w:pPr>
        <w:keepNext/>
        <w:spacing w:before="360" w:after="120"/>
      </w:pPr>
      <w:r w:rsidRPr="009A25F0">
        <w:rPr>
          <w:b/>
          <w:color w:val="1B365D"/>
          <w:sz w:val="28"/>
        </w:rPr>
        <w:t>II. Część formalna (Wymagane oświadczenia i deklaracje)</w:t>
      </w:r>
    </w:p>
    <w:p w14:paraId="5F101954" w14:textId="77777777" w:rsidR="00EA6B9D" w:rsidRPr="009A25F0" w:rsidRDefault="00000000">
      <w:pPr>
        <w:spacing w:after="160"/>
      </w:pPr>
      <w:r w:rsidRPr="009A25F0">
        <w:rPr>
          <w:i/>
          <w:sz w:val="19"/>
        </w:rPr>
        <w:t>Proszę zaznaczyć właściwe pole (X) potwierdzające spełnienie danego wymogu formalnego. Brak zaznaczenia pola lub zaznaczenie pola „NIE” skutkuje odrzuceniem oferty na etapie oceny formalnej.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6"/>
        <w:gridCol w:w="6912"/>
        <w:gridCol w:w="1872"/>
      </w:tblGrid>
      <w:tr w:rsidR="00EA6B9D" w:rsidRPr="009A25F0" w14:paraId="7F3D7012" w14:textId="77777777">
        <w:trPr>
          <w:jc w:val="center"/>
        </w:trPr>
        <w:tc>
          <w:tcPr>
            <w:tcW w:w="576" w:type="dxa"/>
            <w:tcBorders>
              <w:top w:val="single" w:sz="4" w:space="0" w:color="1B365D"/>
              <w:left w:val="single" w:sz="4" w:space="0" w:color="1B365D"/>
              <w:bottom w:val="single" w:sz="4" w:space="0" w:color="1B365D"/>
              <w:right w:val="single" w:sz="4" w:space="0" w:color="1B365D"/>
            </w:tcBorders>
            <w:shd w:val="clear" w:color="auto" w:fill="1B365D"/>
            <w:tcMar>
              <w:top w:w="160" w:type="dxa"/>
              <w:left w:w="180" w:type="dxa"/>
              <w:bottom w:w="160" w:type="dxa"/>
              <w:right w:w="140" w:type="dxa"/>
            </w:tcMar>
          </w:tcPr>
          <w:p w14:paraId="07A89DA3" w14:textId="77777777" w:rsidR="00EA6B9D" w:rsidRPr="009A25F0" w:rsidRDefault="00000000">
            <w:pPr>
              <w:spacing w:before="120" w:after="120"/>
              <w:jc w:val="center"/>
            </w:pPr>
            <w:r w:rsidRPr="009A25F0">
              <w:rPr>
                <w:b/>
                <w:color w:val="FFFFFF"/>
                <w:sz w:val="19"/>
              </w:rPr>
              <w:lastRenderedPageBreak/>
              <w:t>Lp.</w:t>
            </w:r>
          </w:p>
        </w:tc>
        <w:tc>
          <w:tcPr>
            <w:tcW w:w="6912" w:type="dxa"/>
            <w:tcBorders>
              <w:top w:val="single" w:sz="4" w:space="0" w:color="1B365D"/>
              <w:left w:val="single" w:sz="4" w:space="0" w:color="1B365D"/>
              <w:bottom w:val="single" w:sz="4" w:space="0" w:color="1B365D"/>
              <w:right w:val="single" w:sz="4" w:space="0" w:color="1B365D"/>
            </w:tcBorders>
            <w:shd w:val="clear" w:color="auto" w:fill="1B365D"/>
            <w:tcMar>
              <w:top w:w="160" w:type="dxa"/>
              <w:left w:w="180" w:type="dxa"/>
              <w:bottom w:w="160" w:type="dxa"/>
              <w:right w:w="140" w:type="dxa"/>
            </w:tcMar>
          </w:tcPr>
          <w:p w14:paraId="6AB41BD4" w14:textId="77777777" w:rsidR="00EA6B9D" w:rsidRPr="009A25F0" w:rsidRDefault="00000000">
            <w:pPr>
              <w:spacing w:before="120" w:after="120"/>
            </w:pPr>
            <w:r w:rsidRPr="009A25F0">
              <w:rPr>
                <w:b/>
                <w:color w:val="FFFFFF"/>
                <w:sz w:val="19"/>
              </w:rPr>
              <w:t>Treść oświadczenia</w:t>
            </w:r>
          </w:p>
        </w:tc>
        <w:tc>
          <w:tcPr>
            <w:tcW w:w="1872" w:type="dxa"/>
            <w:tcBorders>
              <w:top w:val="single" w:sz="4" w:space="0" w:color="1B365D"/>
              <w:left w:val="single" w:sz="4" w:space="0" w:color="1B365D"/>
              <w:bottom w:val="single" w:sz="4" w:space="0" w:color="1B365D"/>
              <w:right w:val="single" w:sz="4" w:space="0" w:color="1B365D"/>
            </w:tcBorders>
            <w:shd w:val="clear" w:color="auto" w:fill="1B365D"/>
            <w:tcMar>
              <w:top w:w="160" w:type="dxa"/>
              <w:left w:w="180" w:type="dxa"/>
              <w:bottom w:w="160" w:type="dxa"/>
              <w:right w:w="140" w:type="dxa"/>
            </w:tcMar>
          </w:tcPr>
          <w:p w14:paraId="1A9C74E7" w14:textId="77777777" w:rsidR="00EA6B9D" w:rsidRPr="009A25F0" w:rsidRDefault="00000000">
            <w:pPr>
              <w:spacing w:before="120" w:after="120"/>
              <w:jc w:val="center"/>
            </w:pPr>
            <w:r w:rsidRPr="009A25F0">
              <w:rPr>
                <w:b/>
                <w:color w:val="FFFFFF"/>
                <w:sz w:val="19"/>
              </w:rPr>
              <w:t>Deklaracja (Zaznaczyć X)</w:t>
            </w:r>
          </w:p>
        </w:tc>
      </w:tr>
      <w:tr w:rsidR="00EA6B9D" w:rsidRPr="009A25F0" w14:paraId="2A8A57B8" w14:textId="77777777">
        <w:trPr>
          <w:jc w:val="center"/>
        </w:trPr>
        <w:tc>
          <w:tcPr>
            <w:tcW w:w="5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73015E8B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sz w:val="19"/>
              </w:rPr>
              <w:t>1</w:t>
            </w:r>
          </w:p>
        </w:tc>
        <w:tc>
          <w:tcPr>
            <w:tcW w:w="69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694EC04" w14:textId="77777777" w:rsidR="00EA6B9D" w:rsidRPr="009A25F0" w:rsidRDefault="00000000">
            <w:pPr>
              <w:spacing w:before="80" w:after="80"/>
            </w:pPr>
            <w:r w:rsidRPr="009A25F0">
              <w:rPr>
                <w:sz w:val="19"/>
              </w:rPr>
              <w:t>Oświadczam, że reprezentowany przeze mnie podmiot jest zarejestrowaną w Polsce organizacją pozarządową (w rozumieniu art. 3 ust. 2 ustawy o działalności pożytku publicznego i o wolontariacie) lub spółdzielnią socjalną (w rozumieniu art. 3 ust. 3 tej ustawy) i spełnia warunki uznania za partnera społecznego.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6A2F101F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8"/>
              </w:rPr>
              <w:t>☐ TAK   ☐ NIE</w:t>
            </w:r>
          </w:p>
        </w:tc>
      </w:tr>
      <w:tr w:rsidR="00EA6B9D" w:rsidRPr="009A25F0" w14:paraId="5B93185C" w14:textId="77777777">
        <w:trPr>
          <w:jc w:val="center"/>
        </w:trPr>
        <w:tc>
          <w:tcPr>
            <w:tcW w:w="5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853FB3F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sz w:val="19"/>
              </w:rPr>
              <w:t>2</w:t>
            </w:r>
          </w:p>
        </w:tc>
        <w:tc>
          <w:tcPr>
            <w:tcW w:w="69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68DA6BB6" w14:textId="59EBD157" w:rsidR="00EA6B9D" w:rsidRPr="009A25F0" w:rsidRDefault="00000000">
            <w:pPr>
              <w:spacing w:before="80" w:after="80"/>
            </w:pPr>
            <w:r w:rsidRPr="009A25F0">
              <w:rPr>
                <w:sz w:val="19"/>
              </w:rPr>
              <w:t>Oświadczam, że reprezentowany podmiot nie podlega wykluczeniu z możliwości otrzymania dofinansowania ze środków publicznych, w tym na podstawie art. 207 ustawy o finansach publicznych</w:t>
            </w:r>
            <w:r w:rsidR="00F25538">
              <w:rPr>
                <w:sz w:val="19"/>
              </w:rPr>
              <w:t>, lub wobec których orzeczono zakaz dostępu do środków funduszy europejskich na podstawie odrębnych przepisów.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E631E6E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8"/>
              </w:rPr>
              <w:t>☐ TAK   ☐ NIE</w:t>
            </w:r>
          </w:p>
        </w:tc>
      </w:tr>
      <w:tr w:rsidR="00EA6B9D" w:rsidRPr="009A25F0" w14:paraId="7989AE86" w14:textId="77777777">
        <w:trPr>
          <w:jc w:val="center"/>
        </w:trPr>
        <w:tc>
          <w:tcPr>
            <w:tcW w:w="5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51A5651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sz w:val="19"/>
              </w:rPr>
              <w:t>3</w:t>
            </w:r>
          </w:p>
        </w:tc>
        <w:tc>
          <w:tcPr>
            <w:tcW w:w="69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4E6E338C" w14:textId="1A0FE428" w:rsidR="00EA6B9D" w:rsidRPr="009A25F0" w:rsidRDefault="00000000">
            <w:pPr>
              <w:spacing w:before="80" w:after="80"/>
            </w:pPr>
            <w:r w:rsidRPr="009A25F0">
              <w:rPr>
                <w:sz w:val="19"/>
              </w:rPr>
              <w:t xml:space="preserve">Oświadczam, że reprezentowany podmiot nie zalega z płatnościami podatków, składek na ubezpieczenia społeczne </w:t>
            </w:r>
            <w:r w:rsidR="00F25538">
              <w:rPr>
                <w:sz w:val="19"/>
              </w:rPr>
              <w:t>i zdrowotne, Fundusz Pracy, Państwowy Fundusz Rehabilitacyjny Osób Niepełnosprawnych oraz innych należności wymaganych odrębnymi przepisami.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74BC5EB1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8"/>
              </w:rPr>
              <w:t>☐ TAK   ☐ NIE</w:t>
            </w:r>
          </w:p>
        </w:tc>
      </w:tr>
      <w:tr w:rsidR="00EA6B9D" w:rsidRPr="009A25F0" w14:paraId="4E97CC46" w14:textId="77777777">
        <w:trPr>
          <w:jc w:val="center"/>
        </w:trPr>
        <w:tc>
          <w:tcPr>
            <w:tcW w:w="5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1F93F32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sz w:val="19"/>
              </w:rPr>
              <w:t>4</w:t>
            </w:r>
          </w:p>
        </w:tc>
        <w:tc>
          <w:tcPr>
            <w:tcW w:w="69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41FA2606" w14:textId="77777777" w:rsidR="00EA6B9D" w:rsidRPr="009A25F0" w:rsidRDefault="00000000">
            <w:pPr>
              <w:spacing w:before="80" w:after="80"/>
            </w:pPr>
            <w:r w:rsidRPr="009A25F0">
              <w:rPr>
                <w:sz w:val="19"/>
              </w:rPr>
              <w:t>Oświadczam, że żadna z osób wchodzących w skład personelu przewidzianego do realizacji działań w ramach projektu (instruktorzy/animatorzy) nie została prawomocnie skazana za przestępstwo przeciwko wolności seksualnej i obyczajności, w szczególności na szkodę małoletniego.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4918B3F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8"/>
              </w:rPr>
              <w:t>☐ TAK   ☐ NIE</w:t>
            </w:r>
          </w:p>
        </w:tc>
      </w:tr>
      <w:tr w:rsidR="00EA6B9D" w:rsidRPr="009A25F0" w14:paraId="42067018" w14:textId="77777777">
        <w:trPr>
          <w:jc w:val="center"/>
        </w:trPr>
        <w:tc>
          <w:tcPr>
            <w:tcW w:w="5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08471D9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sz w:val="19"/>
              </w:rPr>
              <w:t>5</w:t>
            </w:r>
          </w:p>
        </w:tc>
        <w:tc>
          <w:tcPr>
            <w:tcW w:w="69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64105232" w14:textId="2BAC1BC0" w:rsidR="00EA6B9D" w:rsidRPr="009A25F0" w:rsidRDefault="00000000">
            <w:pPr>
              <w:spacing w:before="80" w:after="80"/>
            </w:pPr>
            <w:r w:rsidRPr="009A25F0">
              <w:rPr>
                <w:sz w:val="19"/>
              </w:rPr>
              <w:t>Oświadczam, że zapoznaliśmy się z treścią Ogłoszenia o naborze oraz Regulaminem udzielania grantów i w przypadku wyboru naszej oferty zobowiązujemy się do aktywnej realizacji merytorycznego zakresu projektu i podpisania umowy partnerskiej.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612E2320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8"/>
              </w:rPr>
              <w:t>☐ TAK   ☐ NIE</w:t>
            </w:r>
          </w:p>
        </w:tc>
      </w:tr>
      <w:tr w:rsidR="00EA6B9D" w:rsidRPr="009A25F0" w14:paraId="51B61787" w14:textId="77777777">
        <w:trPr>
          <w:jc w:val="center"/>
        </w:trPr>
        <w:tc>
          <w:tcPr>
            <w:tcW w:w="5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0C073106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sz w:val="19"/>
              </w:rPr>
              <w:t>6</w:t>
            </w:r>
          </w:p>
        </w:tc>
        <w:tc>
          <w:tcPr>
            <w:tcW w:w="69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0AF060AA" w14:textId="77777777" w:rsidR="00EA6B9D" w:rsidRPr="009A25F0" w:rsidRDefault="00000000">
            <w:pPr>
              <w:spacing w:before="80" w:after="80"/>
            </w:pPr>
            <w:r w:rsidRPr="009A25F0">
              <w:rPr>
                <w:sz w:val="19"/>
              </w:rPr>
              <w:t>Wyrażam zgodę na upublicznienie informacji o wyborze reprezentowanej organizacji na Partnera projektu (nazwa i adres) oraz wyrażam zgodę na przetwarzanie danych osobowych zawartych w ofercie na potrzeby przeprowadzenia naboru i realizacji partnerstwa, zgodnie z RODO.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42B9170D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8"/>
              </w:rPr>
              <w:t>☐ TAK   ☐ NIE</w:t>
            </w:r>
          </w:p>
        </w:tc>
      </w:tr>
      <w:tr w:rsidR="009A25F0" w:rsidRPr="009A25F0" w14:paraId="35AC3BE1" w14:textId="77777777" w:rsidTr="00F25538">
        <w:trPr>
          <w:jc w:val="center"/>
        </w:trPr>
        <w:tc>
          <w:tcPr>
            <w:tcW w:w="5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03E8E097" w14:textId="2B81FE55" w:rsidR="009A25F0" w:rsidRPr="009A25F0" w:rsidRDefault="009A25F0">
            <w:pPr>
              <w:spacing w:before="80" w:after="80"/>
              <w:jc w:val="center"/>
              <w:rPr>
                <w:sz w:val="19"/>
              </w:rPr>
            </w:pPr>
            <w:r w:rsidRPr="009A25F0">
              <w:rPr>
                <w:sz w:val="19"/>
              </w:rPr>
              <w:lastRenderedPageBreak/>
              <w:t>7</w:t>
            </w:r>
          </w:p>
        </w:tc>
        <w:tc>
          <w:tcPr>
            <w:tcW w:w="69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7FCB635" w14:textId="67628FEC" w:rsidR="009A25F0" w:rsidRPr="009A25F0" w:rsidRDefault="009A25F0">
            <w:pPr>
              <w:spacing w:before="80" w:after="80"/>
              <w:rPr>
                <w:sz w:val="19"/>
              </w:rPr>
            </w:pPr>
            <w:r w:rsidRPr="009A25F0">
              <w:rPr>
                <w:sz w:val="19"/>
              </w:rPr>
              <w:t>Oświadczam, że nasz zespół projektowy będzie dyspozycyjny przez okres realizacji I rozliczenia projektu.</w:t>
            </w:r>
            <w:r w:rsidR="00F25538">
              <w:t xml:space="preserve"> 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54E6CF51" w14:textId="42FDDF0C" w:rsidR="009A25F0" w:rsidRPr="009A25F0" w:rsidRDefault="009A25F0">
            <w:pPr>
              <w:spacing w:before="80" w:after="80"/>
              <w:jc w:val="center"/>
              <w:rPr>
                <w:b/>
                <w:sz w:val="18"/>
              </w:rPr>
            </w:pPr>
            <w:r w:rsidRPr="009A25F0">
              <w:rPr>
                <w:b/>
                <w:sz w:val="18"/>
              </w:rPr>
              <w:t>☐ TAK   ☐ NIE</w:t>
            </w:r>
          </w:p>
        </w:tc>
      </w:tr>
      <w:tr w:rsidR="009A25F0" w:rsidRPr="009A25F0" w14:paraId="338EE084" w14:textId="77777777">
        <w:trPr>
          <w:jc w:val="center"/>
        </w:trPr>
        <w:tc>
          <w:tcPr>
            <w:tcW w:w="5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5B9C874D" w14:textId="0B47F50F" w:rsidR="009A25F0" w:rsidRPr="009A25F0" w:rsidRDefault="009A25F0">
            <w:pPr>
              <w:spacing w:before="80" w:after="80"/>
              <w:jc w:val="center"/>
              <w:rPr>
                <w:sz w:val="19"/>
              </w:rPr>
            </w:pPr>
            <w:r>
              <w:rPr>
                <w:sz w:val="19"/>
              </w:rPr>
              <w:t>8</w:t>
            </w:r>
          </w:p>
        </w:tc>
        <w:tc>
          <w:tcPr>
            <w:tcW w:w="69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EFF6E97" w14:textId="0B40C459" w:rsidR="009A25F0" w:rsidRPr="009A25F0" w:rsidRDefault="009A25F0" w:rsidP="009A25F0">
            <w:pPr>
              <w:spacing w:before="80" w:after="80"/>
              <w:jc w:val="both"/>
              <w:rPr>
                <w:sz w:val="19"/>
              </w:rPr>
            </w:pPr>
            <w:r>
              <w:rPr>
                <w:sz w:val="19"/>
              </w:rPr>
              <w:t>Oświadczam, że jesteśmy gotowi do bieżącej współpracy z Liderem, w tym udziału w monitoringu, dokumentowaniu, ewaluacji i rozliczaniu działań realizowanych przez partnera.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4842539F" w14:textId="0802EA85" w:rsidR="009A25F0" w:rsidRPr="009A25F0" w:rsidRDefault="00F25538">
            <w:pPr>
              <w:spacing w:before="80" w:after="80"/>
              <w:jc w:val="center"/>
              <w:rPr>
                <w:b/>
                <w:sz w:val="18"/>
              </w:rPr>
            </w:pPr>
            <w:r w:rsidRPr="009A25F0">
              <w:rPr>
                <w:b/>
                <w:sz w:val="18"/>
              </w:rPr>
              <w:t>☐ TAK   ☐ NIE</w:t>
            </w:r>
          </w:p>
        </w:tc>
      </w:tr>
    </w:tbl>
    <w:p w14:paraId="51B16CA9" w14:textId="77777777" w:rsidR="00EA6B9D" w:rsidRPr="009A25F0" w:rsidRDefault="00EA6B9D">
      <w:pPr>
        <w:spacing w:after="120"/>
      </w:pPr>
    </w:p>
    <w:p w14:paraId="1EA26856" w14:textId="77777777" w:rsidR="00EA6B9D" w:rsidRPr="009A25F0" w:rsidRDefault="00000000">
      <w:pPr>
        <w:keepNext/>
        <w:spacing w:before="360" w:after="120"/>
      </w:pPr>
      <w:r w:rsidRPr="009A25F0">
        <w:rPr>
          <w:b/>
          <w:color w:val="1B365D"/>
          <w:sz w:val="28"/>
        </w:rPr>
        <w:t>III. Część merytoryczna (Kryteria merytoryczne)</w:t>
      </w:r>
    </w:p>
    <w:p w14:paraId="57897605" w14:textId="6102B00D" w:rsidR="00EA6B9D" w:rsidRPr="009A25F0" w:rsidRDefault="00000000">
      <w:pPr>
        <w:keepNext/>
        <w:spacing w:before="240" w:after="120"/>
      </w:pPr>
      <w:r w:rsidRPr="009A25F0">
        <w:rPr>
          <w:b/>
          <w:color w:val="2B5B84"/>
          <w:sz w:val="24"/>
        </w:rPr>
        <w:t xml:space="preserve">1. Zgodność celów statutowych z celami partnerstwa (max </w:t>
      </w:r>
      <w:r w:rsidR="00EF2051">
        <w:rPr>
          <w:b/>
          <w:color w:val="2B5B84"/>
          <w:sz w:val="24"/>
        </w:rPr>
        <w:t>15</w:t>
      </w:r>
      <w:r w:rsidRPr="009A25F0">
        <w:rPr>
          <w:b/>
          <w:color w:val="2B5B84"/>
          <w:sz w:val="24"/>
        </w:rPr>
        <w:t xml:space="preserve"> pkt)</w:t>
      </w:r>
    </w:p>
    <w:p w14:paraId="4F81824B" w14:textId="77777777" w:rsidR="00EA6B9D" w:rsidRPr="009A25F0" w:rsidRDefault="00000000" w:rsidP="002B324A">
      <w:pPr>
        <w:spacing w:after="120"/>
        <w:jc w:val="both"/>
      </w:pPr>
      <w:r w:rsidRPr="009A25F0">
        <w:rPr>
          <w:sz w:val="19"/>
        </w:rPr>
        <w:t>Proszę wskazać konkretne zapisy z Państwa Statutu lub KRS (podając numer paragrafu i dokładną treść), które potwierdzają, że Państwa działalność statutowa mieści się w określonych obszarach: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192"/>
      </w:tblGrid>
      <w:tr w:rsidR="00EA6B9D" w:rsidRPr="009A25F0" w14:paraId="5CFC4EAC" w14:textId="77777777">
        <w:trPr>
          <w:jc w:val="center"/>
        </w:trPr>
        <w:tc>
          <w:tcPr>
            <w:tcW w:w="3168" w:type="dxa"/>
            <w:tcBorders>
              <w:top w:val="single" w:sz="4" w:space="0" w:color="CBD5E1"/>
              <w:left w:val="single" w:sz="4" w:space="0" w:color="CBD5E1"/>
              <w:bottom w:val="single" w:sz="4" w:space="0" w:color="E2E8F0"/>
              <w:right w:val="single" w:sz="4" w:space="0" w:color="CBD5E1"/>
            </w:tcBorders>
            <w:shd w:val="clear" w:color="auto" w:fill="E2E8F0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6706757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Obszar działalności statutowej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E2E8F0"/>
              <w:right w:val="single" w:sz="4" w:space="0" w:color="CBD5E1"/>
            </w:tcBorders>
            <w:shd w:val="clear" w:color="auto" w:fill="E2E8F0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1394442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Cytat z zapisu w Statucie / KRS (podaj nr paragrafu i treść)</w:t>
            </w:r>
          </w:p>
        </w:tc>
      </w:tr>
      <w:tr w:rsidR="00EA6B9D" w:rsidRPr="009A25F0" w14:paraId="707ACD95" w14:textId="77777777">
        <w:trPr>
          <w:jc w:val="center"/>
        </w:trPr>
        <w:tc>
          <w:tcPr>
            <w:tcW w:w="316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A29E7D4" w14:textId="6857A122" w:rsidR="009706E1" w:rsidRDefault="009706E1" w:rsidP="009706E1">
            <w:pPr>
              <w:spacing w:before="80" w:after="80"/>
              <w:rPr>
                <w:b/>
                <w:sz w:val="18"/>
              </w:rPr>
            </w:pPr>
            <w:r w:rsidRPr="009A25F0">
              <w:rPr>
                <w:b/>
                <w:sz w:val="18"/>
              </w:rPr>
              <w:t>Sfera integracji, animacji społecznej, kultury, edukacji lub partycypacji obywatelskiej - max 1</w:t>
            </w:r>
            <w:r>
              <w:rPr>
                <w:b/>
                <w:sz w:val="18"/>
              </w:rPr>
              <w:t>0</w:t>
            </w:r>
            <w:r w:rsidRPr="009A25F0">
              <w:rPr>
                <w:b/>
                <w:sz w:val="18"/>
              </w:rPr>
              <w:t xml:space="preserve"> pkt</w:t>
            </w:r>
          </w:p>
          <w:p w14:paraId="56630D40" w14:textId="7FDE9018" w:rsidR="00EA6B9D" w:rsidRPr="009A25F0" w:rsidRDefault="00EA6B9D">
            <w:pPr>
              <w:spacing w:before="80" w:after="80"/>
            </w:pP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1003840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</w:tr>
      <w:tr w:rsidR="00EA6B9D" w:rsidRPr="009A25F0" w14:paraId="0D8AACF6" w14:textId="77777777">
        <w:trPr>
          <w:jc w:val="center"/>
        </w:trPr>
        <w:tc>
          <w:tcPr>
            <w:tcW w:w="316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22DC145" w14:textId="04CD78EF" w:rsidR="009706E1" w:rsidRPr="009A25F0" w:rsidRDefault="009706E1">
            <w:pPr>
              <w:spacing w:before="80" w:after="80"/>
            </w:pPr>
            <w:r w:rsidRPr="009A25F0">
              <w:rPr>
                <w:b/>
                <w:sz w:val="18"/>
              </w:rPr>
              <w:t>Sfera ekologii i ochrony środowiska</w:t>
            </w:r>
            <w:r w:rsidRPr="009A25F0">
              <w:rPr>
                <w:b/>
                <w:sz w:val="18"/>
              </w:rPr>
              <w:br/>
              <w:t>(np. edukacja ekologiczna, ochrona przyrody, klimat) - max 5 pkt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205C3C86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</w:tr>
    </w:tbl>
    <w:p w14:paraId="1C1A0966" w14:textId="77777777" w:rsidR="00EA6B9D" w:rsidRPr="009A25F0" w:rsidRDefault="00EA6B9D">
      <w:pPr>
        <w:spacing w:after="120"/>
      </w:pPr>
    </w:p>
    <w:p w14:paraId="2DE75217" w14:textId="77777777" w:rsidR="00EA6B9D" w:rsidRPr="009A25F0" w:rsidRDefault="00000000">
      <w:pPr>
        <w:keepNext/>
        <w:spacing w:before="240" w:after="120"/>
      </w:pPr>
      <w:r w:rsidRPr="009A25F0">
        <w:rPr>
          <w:b/>
          <w:color w:val="2B5B84"/>
          <w:sz w:val="24"/>
        </w:rPr>
        <w:t>2. Doświadczenie w realizacji podobnych projektów w okresie ostatnich 5 lat (max 30 pkt)</w:t>
      </w:r>
    </w:p>
    <w:p w14:paraId="1E451380" w14:textId="77777777" w:rsidR="00EA6B9D" w:rsidRPr="009A25F0" w:rsidRDefault="00000000" w:rsidP="002B324A">
      <w:pPr>
        <w:spacing w:after="120"/>
        <w:jc w:val="both"/>
      </w:pPr>
      <w:r w:rsidRPr="009A25F0">
        <w:rPr>
          <w:sz w:val="19"/>
        </w:rPr>
        <w:t>Proszę wymienić maksymalnie 3 kluczowe projekty o charakterze społecznym, ekologicznym, kulturalnym lub edukacyjnym, zrealizowane przez Państwa podmiot w okresie ostatnich 5 lat przed dniem ogłoszenia naboru. Za wykazanie 3 lub więcej zrealizowanych projektów przyznawana jest maksymalna ocena merytoryczna (30 pkt):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6"/>
        <w:gridCol w:w="2880"/>
        <w:gridCol w:w="2016"/>
        <w:gridCol w:w="3888"/>
      </w:tblGrid>
      <w:tr w:rsidR="00EA6B9D" w:rsidRPr="009A25F0" w14:paraId="3938D0AA" w14:textId="77777777">
        <w:trPr>
          <w:jc w:val="center"/>
        </w:trPr>
        <w:tc>
          <w:tcPr>
            <w:tcW w:w="576" w:type="dxa"/>
            <w:tcBorders>
              <w:top w:val="single" w:sz="4" w:space="0" w:color="CBD5E1"/>
              <w:left w:val="single" w:sz="4" w:space="0" w:color="CBD5E1"/>
              <w:bottom w:val="single" w:sz="4" w:space="0" w:color="E2E8F0"/>
              <w:right w:val="single" w:sz="4" w:space="0" w:color="CBD5E1"/>
            </w:tcBorders>
            <w:shd w:val="clear" w:color="auto" w:fill="E2E8F0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5B09D27E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lastRenderedPageBreak/>
              <w:t>Lp.</w:t>
            </w:r>
          </w:p>
        </w:tc>
        <w:tc>
          <w:tcPr>
            <w:tcW w:w="2880" w:type="dxa"/>
            <w:tcBorders>
              <w:top w:val="single" w:sz="4" w:space="0" w:color="CBD5E1"/>
              <w:left w:val="single" w:sz="4" w:space="0" w:color="CBD5E1"/>
              <w:bottom w:val="single" w:sz="4" w:space="0" w:color="E2E8F0"/>
              <w:right w:val="single" w:sz="4" w:space="0" w:color="CBD5E1"/>
            </w:tcBorders>
            <w:shd w:val="clear" w:color="auto" w:fill="E2E8F0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22DD0012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Tytuł projektu / przedsięwzięcia</w:t>
            </w:r>
          </w:p>
        </w:tc>
        <w:tc>
          <w:tcPr>
            <w:tcW w:w="2016" w:type="dxa"/>
            <w:tcBorders>
              <w:top w:val="single" w:sz="4" w:space="0" w:color="CBD5E1"/>
              <w:left w:val="single" w:sz="4" w:space="0" w:color="CBD5E1"/>
              <w:bottom w:val="single" w:sz="4" w:space="0" w:color="E2E8F0"/>
              <w:right w:val="single" w:sz="4" w:space="0" w:color="CBD5E1"/>
            </w:tcBorders>
            <w:shd w:val="clear" w:color="auto" w:fill="E2E8F0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3587348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Okres realizacji, budżet i źródło finansowania</w:t>
            </w:r>
          </w:p>
        </w:tc>
        <w:tc>
          <w:tcPr>
            <w:tcW w:w="3888" w:type="dxa"/>
            <w:tcBorders>
              <w:top w:val="single" w:sz="4" w:space="0" w:color="CBD5E1"/>
              <w:left w:val="single" w:sz="4" w:space="0" w:color="CBD5E1"/>
              <w:bottom w:val="single" w:sz="4" w:space="0" w:color="E2E8F0"/>
              <w:right w:val="single" w:sz="4" w:space="0" w:color="CBD5E1"/>
            </w:tcBorders>
            <w:shd w:val="clear" w:color="auto" w:fill="E2E8F0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434B423C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Opis zakresu merytorycznego, grupy odbiorców oraz roli Partnera</w:t>
            </w:r>
          </w:p>
        </w:tc>
      </w:tr>
      <w:tr w:rsidR="00EA6B9D" w:rsidRPr="009A25F0" w14:paraId="43825720" w14:textId="77777777">
        <w:trPr>
          <w:jc w:val="center"/>
        </w:trPr>
        <w:tc>
          <w:tcPr>
            <w:tcW w:w="57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53A9CD91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1</w:t>
            </w:r>
          </w:p>
        </w:tc>
        <w:tc>
          <w:tcPr>
            <w:tcW w:w="288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4401C47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  <w:tc>
          <w:tcPr>
            <w:tcW w:w="201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A899926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  <w:tc>
          <w:tcPr>
            <w:tcW w:w="388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2BC519FA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</w:tr>
      <w:tr w:rsidR="00EA6B9D" w:rsidRPr="009A25F0" w14:paraId="3261E481" w14:textId="77777777">
        <w:trPr>
          <w:jc w:val="center"/>
        </w:trPr>
        <w:tc>
          <w:tcPr>
            <w:tcW w:w="57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7A552F27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2</w:t>
            </w:r>
          </w:p>
        </w:tc>
        <w:tc>
          <w:tcPr>
            <w:tcW w:w="288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0FEE4C7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  <w:tc>
          <w:tcPr>
            <w:tcW w:w="201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D9B78A4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  <w:tc>
          <w:tcPr>
            <w:tcW w:w="388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06FF6F6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</w:tr>
      <w:tr w:rsidR="00EA6B9D" w:rsidRPr="009A25F0" w14:paraId="03630BC7" w14:textId="77777777">
        <w:trPr>
          <w:jc w:val="center"/>
        </w:trPr>
        <w:tc>
          <w:tcPr>
            <w:tcW w:w="57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7087F7FC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3</w:t>
            </w:r>
          </w:p>
        </w:tc>
        <w:tc>
          <w:tcPr>
            <w:tcW w:w="288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2B41778F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  <w:tc>
          <w:tcPr>
            <w:tcW w:w="201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099469EA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  <w:tc>
          <w:tcPr>
            <w:tcW w:w="388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DAFFBFE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</w:tr>
    </w:tbl>
    <w:p w14:paraId="09C7963B" w14:textId="77777777" w:rsidR="00EA6B9D" w:rsidRPr="009A25F0" w:rsidRDefault="00EA6B9D">
      <w:pPr>
        <w:spacing w:after="120"/>
      </w:pPr>
    </w:p>
    <w:p w14:paraId="48DB0D1B" w14:textId="77777777" w:rsidR="00EA6B9D" w:rsidRPr="009A25F0" w:rsidRDefault="00000000">
      <w:pPr>
        <w:keepNext/>
        <w:spacing w:before="240" w:after="120"/>
      </w:pPr>
      <w:r w:rsidRPr="009A25F0">
        <w:rPr>
          <w:b/>
          <w:color w:val="2B5B84"/>
          <w:sz w:val="24"/>
        </w:rPr>
        <w:t>3. Potencjał osobowy Partnera (max 15 pkt)</w:t>
      </w:r>
    </w:p>
    <w:p w14:paraId="16929D14" w14:textId="3C294B9D" w:rsidR="00EA6B9D" w:rsidRPr="009A25F0" w:rsidRDefault="00000000" w:rsidP="002B324A">
      <w:pPr>
        <w:spacing w:after="120"/>
        <w:jc w:val="both"/>
      </w:pPr>
      <w:r w:rsidRPr="009A25F0">
        <w:rPr>
          <w:sz w:val="19"/>
        </w:rPr>
        <w:t xml:space="preserve">Proszę wykazać dysponowanie co najmniej 2 osobami posiadającymi kwalifikacje </w:t>
      </w:r>
      <w:r w:rsidR="00E814B2">
        <w:rPr>
          <w:sz w:val="19"/>
        </w:rPr>
        <w:t>lub</w:t>
      </w:r>
      <w:r w:rsidRPr="009A25F0">
        <w:rPr>
          <w:sz w:val="19"/>
        </w:rPr>
        <w:t xml:space="preserve"> doświadczenie odpowiednie do prowadzenia przewidzianych w projekcie działań (np. warsztatów ekologicznych, animacji społecznej, nieformalnych spotkań sąsiedzkich).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6"/>
        <w:gridCol w:w="2880"/>
        <w:gridCol w:w="2016"/>
        <w:gridCol w:w="3888"/>
      </w:tblGrid>
      <w:tr w:rsidR="00EA6B9D" w:rsidRPr="009A25F0" w14:paraId="7A0B3FA5" w14:textId="77777777">
        <w:trPr>
          <w:jc w:val="center"/>
        </w:trPr>
        <w:tc>
          <w:tcPr>
            <w:tcW w:w="576" w:type="dxa"/>
            <w:tcBorders>
              <w:top w:val="single" w:sz="4" w:space="0" w:color="CBD5E1"/>
              <w:left w:val="single" w:sz="4" w:space="0" w:color="CBD5E1"/>
              <w:bottom w:val="single" w:sz="4" w:space="0" w:color="E2E8F0"/>
              <w:right w:val="single" w:sz="4" w:space="0" w:color="CBD5E1"/>
            </w:tcBorders>
            <w:shd w:val="clear" w:color="auto" w:fill="E2E8F0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1A0BAB2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Lp.</w:t>
            </w:r>
          </w:p>
        </w:tc>
        <w:tc>
          <w:tcPr>
            <w:tcW w:w="2880" w:type="dxa"/>
            <w:tcBorders>
              <w:top w:val="single" w:sz="4" w:space="0" w:color="CBD5E1"/>
              <w:left w:val="single" w:sz="4" w:space="0" w:color="CBD5E1"/>
              <w:bottom w:val="single" w:sz="4" w:space="0" w:color="E2E8F0"/>
              <w:right w:val="single" w:sz="4" w:space="0" w:color="CBD5E1"/>
            </w:tcBorders>
            <w:shd w:val="clear" w:color="auto" w:fill="E2E8F0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5E26FB81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Planowana funkcja w projekcie</w:t>
            </w:r>
            <w:r w:rsidRPr="009A25F0">
              <w:rPr>
                <w:b/>
                <w:sz w:val="19"/>
              </w:rPr>
              <w:br/>
              <w:t>(np. instruktor, animator)</w:t>
            </w:r>
          </w:p>
        </w:tc>
        <w:tc>
          <w:tcPr>
            <w:tcW w:w="2016" w:type="dxa"/>
            <w:tcBorders>
              <w:top w:val="single" w:sz="4" w:space="0" w:color="CBD5E1"/>
              <w:left w:val="single" w:sz="4" w:space="0" w:color="CBD5E1"/>
              <w:bottom w:val="single" w:sz="4" w:space="0" w:color="E2E8F0"/>
              <w:right w:val="single" w:sz="4" w:space="0" w:color="CBD5E1"/>
            </w:tcBorders>
            <w:shd w:val="clear" w:color="auto" w:fill="E2E8F0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88B7096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Wymagane wykształcenie i posiadane kwalifikacje</w:t>
            </w:r>
          </w:p>
        </w:tc>
        <w:tc>
          <w:tcPr>
            <w:tcW w:w="3888" w:type="dxa"/>
            <w:tcBorders>
              <w:top w:val="single" w:sz="4" w:space="0" w:color="CBD5E1"/>
              <w:left w:val="single" w:sz="4" w:space="0" w:color="CBD5E1"/>
              <w:bottom w:val="single" w:sz="4" w:space="0" w:color="E2E8F0"/>
              <w:right w:val="single" w:sz="4" w:space="0" w:color="CBD5E1"/>
            </w:tcBorders>
            <w:shd w:val="clear" w:color="auto" w:fill="E2E8F0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86AF379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Doświadczenie w prowadzeniu działań o podobnym charakterze (społecznych, animacyjnych, ekologicznych)</w:t>
            </w:r>
          </w:p>
        </w:tc>
      </w:tr>
      <w:tr w:rsidR="00EA6B9D" w:rsidRPr="009A25F0" w14:paraId="70B7A1CA" w14:textId="77777777">
        <w:trPr>
          <w:jc w:val="center"/>
        </w:trPr>
        <w:tc>
          <w:tcPr>
            <w:tcW w:w="57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C95A337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1</w:t>
            </w:r>
          </w:p>
        </w:tc>
        <w:tc>
          <w:tcPr>
            <w:tcW w:w="288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3A33BA4" w14:textId="77777777" w:rsidR="00EA6B9D" w:rsidRPr="009A25F0" w:rsidRDefault="00000000">
            <w:pPr>
              <w:spacing w:before="80" w:after="80"/>
            </w:pPr>
            <w:r w:rsidRPr="009A25F0">
              <w:rPr>
                <w:i/>
                <w:sz w:val="18"/>
              </w:rPr>
              <w:t>1. Prowadzący warsztaty ekologiczne</w:t>
            </w:r>
          </w:p>
        </w:tc>
        <w:tc>
          <w:tcPr>
            <w:tcW w:w="201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833C112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</w:p>
        </w:tc>
        <w:tc>
          <w:tcPr>
            <w:tcW w:w="388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48295C0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</w:p>
        </w:tc>
      </w:tr>
      <w:tr w:rsidR="00EA6B9D" w:rsidRPr="009A25F0" w14:paraId="2DA90A74" w14:textId="77777777">
        <w:trPr>
          <w:jc w:val="center"/>
        </w:trPr>
        <w:tc>
          <w:tcPr>
            <w:tcW w:w="57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4FC6C7AE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lastRenderedPageBreak/>
              <w:t>2</w:t>
            </w:r>
          </w:p>
        </w:tc>
        <w:tc>
          <w:tcPr>
            <w:tcW w:w="288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7E73D73" w14:textId="77777777" w:rsidR="00EA6B9D" w:rsidRPr="009A25F0" w:rsidRDefault="00000000">
            <w:pPr>
              <w:spacing w:before="80" w:after="80"/>
            </w:pPr>
            <w:r w:rsidRPr="009A25F0">
              <w:rPr>
                <w:i/>
                <w:sz w:val="18"/>
              </w:rPr>
              <w:t>2. Animator spotkań sąsiedzkich</w:t>
            </w:r>
          </w:p>
        </w:tc>
        <w:tc>
          <w:tcPr>
            <w:tcW w:w="201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D2D1316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</w:p>
        </w:tc>
        <w:tc>
          <w:tcPr>
            <w:tcW w:w="388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6541F035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</w:p>
        </w:tc>
      </w:tr>
    </w:tbl>
    <w:p w14:paraId="4902DEE1" w14:textId="77777777" w:rsidR="00EA6B9D" w:rsidRPr="009A25F0" w:rsidRDefault="00EA6B9D">
      <w:pPr>
        <w:spacing w:after="120"/>
      </w:pPr>
    </w:p>
    <w:p w14:paraId="0E2D364F" w14:textId="6F597E96" w:rsidR="00EA6B9D" w:rsidRPr="009A25F0" w:rsidRDefault="00000000">
      <w:pPr>
        <w:keepNext/>
        <w:spacing w:before="240" w:after="120"/>
      </w:pPr>
      <w:r w:rsidRPr="009A25F0">
        <w:rPr>
          <w:b/>
          <w:color w:val="2B5B84"/>
          <w:sz w:val="24"/>
        </w:rPr>
        <w:t xml:space="preserve">4. Działalność lokalna na terenie miasta Ostróda (kryterium premiujące - max </w:t>
      </w:r>
      <w:r w:rsidR="00E814B2">
        <w:rPr>
          <w:b/>
          <w:color w:val="2B5B84"/>
          <w:sz w:val="24"/>
        </w:rPr>
        <w:t>30</w:t>
      </w:r>
      <w:r w:rsidRPr="009A25F0">
        <w:rPr>
          <w:b/>
          <w:color w:val="2B5B84"/>
          <w:sz w:val="24"/>
        </w:rPr>
        <w:t xml:space="preserve"> pkt)</w:t>
      </w:r>
    </w:p>
    <w:p w14:paraId="77891CA2" w14:textId="756FDB34" w:rsidR="00EA6B9D" w:rsidRPr="009A25F0" w:rsidRDefault="00000000" w:rsidP="002B324A">
      <w:pPr>
        <w:spacing w:after="120"/>
        <w:jc w:val="both"/>
      </w:pPr>
      <w:r w:rsidRPr="009A25F0">
        <w:rPr>
          <w:sz w:val="19"/>
        </w:rPr>
        <w:t xml:space="preserve">Kryterium ma charakter wyłącznie premiujący (brak działalności lokalnej nie powoduje odrzucenia oferty, lecz przyznanie 0 pkt). W celu uzyskania </w:t>
      </w:r>
      <w:r w:rsidR="009706E1">
        <w:rPr>
          <w:sz w:val="19"/>
        </w:rPr>
        <w:t>30</w:t>
      </w:r>
      <w:r w:rsidRPr="009A25F0">
        <w:rPr>
          <w:sz w:val="19"/>
        </w:rPr>
        <w:t xml:space="preserve"> punktów proszę udokumentować prowadzenie aktywnej działalności statutowej lub realizację co najmniej 1 przedsięwzięcia (projektu, akcji, warsztatu) na terenie miasta Ostróda w</w:t>
      </w:r>
      <w:r w:rsidR="002B324A">
        <w:rPr>
          <w:sz w:val="19"/>
        </w:rPr>
        <w:t> </w:t>
      </w:r>
      <w:r w:rsidRPr="009A25F0">
        <w:rPr>
          <w:sz w:val="19"/>
        </w:rPr>
        <w:t>okresie ostatnich 5 lat przed ogłoszeniem naboru. Proszę krótko opisać to przedsięwzięcie (tytuł, data, zakres, grupa odbiorców) oraz zadeklarować posiadane dokumenty potwierdzające (np. referencje, sprawozdania, linki):</w:t>
      </w:r>
    </w:p>
    <w:p w14:paraId="621C6BEF" w14:textId="77777777" w:rsidR="00EA6B9D" w:rsidRPr="009A25F0" w:rsidRDefault="00000000">
      <w:pPr>
        <w:spacing w:before="120" w:after="240"/>
        <w:ind w:left="288" w:right="288"/>
      </w:pPr>
      <w:r w:rsidRPr="009A25F0">
        <w:rPr>
          <w:i/>
          <w:color w:val="888888"/>
          <w:sz w:val="19"/>
        </w:rPr>
        <w:t>[MIEJSCE NA WPISANIE OPISU DZIAŁALNOŚCI LOKALNEJ LUB PRZEDSIĘWZIĘCIA W OSTRÓDZIE - max 1 strona]</w:t>
      </w:r>
      <w:r w:rsidRPr="009A25F0">
        <w:rPr>
          <w:i/>
          <w:color w:val="888888"/>
          <w:sz w:val="19"/>
        </w:rPr>
        <w:br/>
      </w:r>
      <w:r w:rsidRPr="009A25F0">
        <w:rPr>
          <w:i/>
          <w:color w:val="888888"/>
          <w:sz w:val="19"/>
        </w:rPr>
        <w:br/>
      </w:r>
      <w:r w:rsidRPr="009A25F0">
        <w:rPr>
          <w:i/>
          <w:color w:val="888888"/>
          <w:sz w:val="19"/>
        </w:rPr>
        <w:br/>
      </w:r>
      <w:r w:rsidRPr="009A25F0">
        <w:rPr>
          <w:i/>
          <w:color w:val="888888"/>
          <w:sz w:val="19"/>
        </w:rPr>
        <w:br/>
      </w:r>
      <w:r w:rsidRPr="009A25F0">
        <w:rPr>
          <w:i/>
          <w:color w:val="888888"/>
          <w:sz w:val="19"/>
        </w:rPr>
        <w:br/>
      </w:r>
    </w:p>
    <w:p w14:paraId="77659E0A" w14:textId="77777777" w:rsidR="00EA6B9D" w:rsidRPr="009A25F0" w:rsidRDefault="00000000">
      <w:pPr>
        <w:keepNext/>
        <w:spacing w:before="240" w:after="120"/>
      </w:pPr>
      <w:r w:rsidRPr="009A25F0">
        <w:rPr>
          <w:b/>
          <w:color w:val="2B5B84"/>
          <w:sz w:val="24"/>
        </w:rPr>
        <w:t>5. Certyfikat dostępności (kryterium premiujące, obowiązkowe - max 10 pkt)</w:t>
      </w:r>
    </w:p>
    <w:p w14:paraId="106CED42" w14:textId="77777777" w:rsidR="00EA6B9D" w:rsidRPr="009A25F0" w:rsidRDefault="00000000" w:rsidP="002B324A">
      <w:pPr>
        <w:spacing w:after="120"/>
        <w:jc w:val="both"/>
      </w:pPr>
      <w:r w:rsidRPr="009A25F0">
        <w:rPr>
          <w:sz w:val="19"/>
        </w:rPr>
        <w:t>Zgodnie z wymogami unijnymi i regionalnymi, preferowane i premiowane są podmioty posiadające ważny certyfikat dostępności, o którym mowa w art. 15 ustawy z dnia 19 lipca 2019 r. o zapewnianiu dostępności osobom ze szczególnymi potrzebami:</w:t>
      </w:r>
    </w:p>
    <w:p w14:paraId="3DD6A7C3" w14:textId="77777777" w:rsidR="00EA6B9D" w:rsidRPr="009A25F0" w:rsidRDefault="00000000">
      <w:pPr>
        <w:spacing w:after="240"/>
        <w:ind w:left="576"/>
      </w:pPr>
      <w:r w:rsidRPr="009A25F0">
        <w:rPr>
          <w:b/>
        </w:rPr>
        <w:t xml:space="preserve">☐ TAK </w:t>
      </w:r>
      <w:r w:rsidRPr="009A25F0">
        <w:t xml:space="preserve">(posiadamy ważny certyfikat dostępności i załączamy jego kopię do oferty) – </w:t>
      </w:r>
      <w:r w:rsidRPr="009A25F0">
        <w:rPr>
          <w:b/>
        </w:rPr>
        <w:t>10 pkt</w:t>
      </w:r>
      <w:r w:rsidRPr="009A25F0">
        <w:rPr>
          <w:b/>
        </w:rPr>
        <w:br/>
        <w:t xml:space="preserve">☐ NIE </w:t>
      </w:r>
      <w:r w:rsidRPr="009A25F0">
        <w:t xml:space="preserve">(nie posiadamy certyfikatu dostępności) – </w:t>
      </w:r>
      <w:r w:rsidRPr="009A25F0">
        <w:rPr>
          <w:b/>
        </w:rPr>
        <w:t>0 pkt</w:t>
      </w:r>
    </w:p>
    <w:p w14:paraId="26494357" w14:textId="77777777" w:rsidR="00EA6B9D" w:rsidRPr="009A25F0" w:rsidRDefault="00EA6B9D">
      <w:pPr>
        <w:spacing w:after="240"/>
      </w:pPr>
    </w:p>
    <w:p w14:paraId="63A92623" w14:textId="77777777" w:rsidR="00EA6B9D" w:rsidRPr="009A25F0" w:rsidRDefault="00000000" w:rsidP="00D639F5">
      <w:pPr>
        <w:spacing w:after="360"/>
        <w:jc w:val="both"/>
      </w:pPr>
      <w:r w:rsidRPr="009A25F0">
        <w:rPr>
          <w:b/>
          <w:color w:val="7F1D1D"/>
          <w:sz w:val="19"/>
        </w:rPr>
        <w:t>Oświadczam pod odpowiedzialnością karną z art. 233 Kodeksu Karnego za składanie fałszywych oświadczeń, że wszystkie podane w ofercie dane są zgodne ze stanem faktycznym i prawnym.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EA6B9D" w:rsidRPr="009A25F0" w14:paraId="04518908" w14:textId="77777777">
        <w:trPr>
          <w:jc w:val="center"/>
        </w:trPr>
        <w:tc>
          <w:tcPr>
            <w:tcW w:w="4680" w:type="dxa"/>
          </w:tcPr>
          <w:p w14:paraId="6B28FC22" w14:textId="77777777" w:rsidR="00EA6B9D" w:rsidRPr="009A25F0" w:rsidRDefault="00000000">
            <w:pPr>
              <w:spacing w:before="480" w:after="80"/>
            </w:pPr>
            <w:r w:rsidRPr="009A25F0">
              <w:t>........................................................................</w:t>
            </w:r>
            <w:r w:rsidRPr="009A25F0">
              <w:br/>
              <w:t>Miejscowość i data</w:t>
            </w:r>
          </w:p>
        </w:tc>
        <w:tc>
          <w:tcPr>
            <w:tcW w:w="4680" w:type="dxa"/>
          </w:tcPr>
          <w:p w14:paraId="1E5D8204" w14:textId="77777777" w:rsidR="00EA6B9D" w:rsidRPr="009A25F0" w:rsidRDefault="00000000">
            <w:pPr>
              <w:spacing w:before="480" w:after="80"/>
              <w:jc w:val="right"/>
            </w:pPr>
            <w:r w:rsidRPr="009A25F0">
              <w:t>........................................................................</w:t>
            </w:r>
            <w:r w:rsidRPr="009A25F0">
              <w:br/>
              <w:t>Podpis i pieczęć osoby uprawnionej</w:t>
            </w:r>
          </w:p>
        </w:tc>
      </w:tr>
    </w:tbl>
    <w:p w14:paraId="4702A683" w14:textId="77777777" w:rsidR="00640275" w:rsidRDefault="00640275"/>
    <w:p w14:paraId="73BD6A95" w14:textId="77777777" w:rsidR="00F25538" w:rsidRDefault="00F25538"/>
    <w:p w14:paraId="00928187" w14:textId="20C96D9C" w:rsidR="00F25538" w:rsidRDefault="00F25538">
      <w:r>
        <w:t>Załączniki do oferty:</w:t>
      </w:r>
    </w:p>
    <w:p w14:paraId="1A7D28B1" w14:textId="1245C0F7" w:rsidR="00F25538" w:rsidRDefault="00E02CD7" w:rsidP="00F25538">
      <w:pPr>
        <w:pStyle w:val="Akapitzlist"/>
        <w:numPr>
          <w:ilvl w:val="0"/>
          <w:numId w:val="10"/>
        </w:numPr>
      </w:pPr>
      <w:r>
        <w:t>Aktualny odpis z Krajowego Rejestru Sądowego lub innego właściwego rejestru/ewidencji, potwierdzający status prawny kandydata na Partnera.</w:t>
      </w:r>
    </w:p>
    <w:p w14:paraId="5BC75152" w14:textId="071A86DD" w:rsidR="00F25538" w:rsidRDefault="00E02CD7" w:rsidP="00F25538">
      <w:pPr>
        <w:pStyle w:val="Akapitzlist"/>
        <w:numPr>
          <w:ilvl w:val="0"/>
          <w:numId w:val="10"/>
        </w:numPr>
      </w:pPr>
      <w:r>
        <w:t>Statut lub inny dokument określający zakres prowadzonej działalności.</w:t>
      </w:r>
    </w:p>
    <w:p w14:paraId="6834C8ED" w14:textId="26BF9D6D" w:rsidR="00E02CD7" w:rsidRDefault="00E02CD7" w:rsidP="00F25538">
      <w:pPr>
        <w:pStyle w:val="Akapitzlist"/>
        <w:numPr>
          <w:ilvl w:val="0"/>
          <w:numId w:val="10"/>
        </w:numPr>
      </w:pPr>
      <w:r>
        <w:t>Pełnomocnictwo dla osób podpisujących ofertę – jeżeli dotyczy.</w:t>
      </w:r>
    </w:p>
    <w:p w14:paraId="4DE22B52" w14:textId="1A3AF2B5" w:rsidR="00E02CD7" w:rsidRDefault="00E02CD7" w:rsidP="00F25538">
      <w:pPr>
        <w:pStyle w:val="Akapitzlist"/>
        <w:numPr>
          <w:ilvl w:val="0"/>
          <w:numId w:val="10"/>
        </w:numPr>
      </w:pPr>
      <w:r>
        <w:t>Dokumenty potwierdzające doświadczenie oraz działalność na terenie miasta Ostróda (np. referencje, sprawozdania, umowy) – o ile kandydat na Partnera uzna ich załączenie za zasadne.</w:t>
      </w:r>
    </w:p>
    <w:p w14:paraId="0DB467E4" w14:textId="7CD6865D" w:rsidR="00E02CD7" w:rsidRPr="009A25F0" w:rsidRDefault="00E02CD7" w:rsidP="00F25538">
      <w:pPr>
        <w:pStyle w:val="Akapitzlist"/>
        <w:numPr>
          <w:ilvl w:val="0"/>
          <w:numId w:val="10"/>
        </w:numPr>
      </w:pPr>
      <w:r>
        <w:t>Kopia ważnego certyfikatu dostępności – jeżeli kandydat posiada taki certyfikat i ubiega się o punkty premiujące.</w:t>
      </w:r>
    </w:p>
    <w:sectPr w:rsidR="00E02CD7" w:rsidRPr="009A25F0" w:rsidSect="000346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FA887" w14:textId="77777777" w:rsidR="0088610A" w:rsidRDefault="0088610A" w:rsidP="00E814B2">
      <w:pPr>
        <w:spacing w:after="0" w:line="240" w:lineRule="auto"/>
      </w:pPr>
      <w:r>
        <w:separator/>
      </w:r>
    </w:p>
  </w:endnote>
  <w:endnote w:type="continuationSeparator" w:id="0">
    <w:p w14:paraId="43D70E78" w14:textId="77777777" w:rsidR="0088610A" w:rsidRDefault="0088610A" w:rsidP="00E81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7C626" w14:textId="77777777" w:rsidR="0088610A" w:rsidRDefault="0088610A" w:rsidP="00E814B2">
      <w:pPr>
        <w:spacing w:after="0" w:line="240" w:lineRule="auto"/>
      </w:pPr>
      <w:r>
        <w:separator/>
      </w:r>
    </w:p>
  </w:footnote>
  <w:footnote w:type="continuationSeparator" w:id="0">
    <w:p w14:paraId="1832F48D" w14:textId="77777777" w:rsidR="0088610A" w:rsidRDefault="0088610A" w:rsidP="00E814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158E4" w14:textId="382E254E" w:rsidR="00E814B2" w:rsidRDefault="00E814B2" w:rsidP="00E814B2">
    <w:pPr>
      <w:pStyle w:val="Nagwek"/>
    </w:pPr>
    <w:r>
      <w:rPr>
        <w:noProof/>
      </w:rPr>
      <w:drawing>
        <wp:inline distT="0" distB="0" distL="0" distR="0" wp14:anchorId="1AF5F05D" wp14:editId="6812D5F5">
          <wp:extent cx="5761355" cy="646430"/>
          <wp:effectExtent l="0" t="0" r="0" b="1270"/>
          <wp:docPr id="72971742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CBC0D74" w14:textId="77777777" w:rsidR="00E814B2" w:rsidRDefault="00E814B2" w:rsidP="00E814B2">
    <w:pPr>
      <w:pStyle w:val="Nagwek"/>
    </w:pPr>
  </w:p>
  <w:p w14:paraId="255CE0D3" w14:textId="77777777" w:rsidR="00E814B2" w:rsidRDefault="00E814B2" w:rsidP="00E814B2">
    <w:pPr>
      <w:pStyle w:val="Nagwek"/>
      <w:jc w:val="center"/>
    </w:pPr>
    <w:r>
      <w:rPr>
        <w:noProof/>
      </w:rPr>
      <w:drawing>
        <wp:inline distT="0" distB="0" distL="0" distR="0" wp14:anchorId="35A6FE5B" wp14:editId="6278C78B">
          <wp:extent cx="1381125" cy="452120"/>
          <wp:effectExtent l="0" t="0" r="9525" b="5080"/>
          <wp:docPr id="88217028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0418397" name="Obraz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452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AD7F1D" w14:textId="55299B0D" w:rsidR="00E814B2" w:rsidRDefault="00E814B2">
    <w:pPr>
      <w:pStyle w:val="Nagwek"/>
    </w:pPr>
  </w:p>
  <w:p w14:paraId="4780A53B" w14:textId="77777777" w:rsidR="00E814B2" w:rsidRDefault="00E814B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6381B58"/>
    <w:multiLevelType w:val="hybridMultilevel"/>
    <w:tmpl w:val="F35EF1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9357879">
    <w:abstractNumId w:val="8"/>
  </w:num>
  <w:num w:numId="2" w16cid:durableId="209340781">
    <w:abstractNumId w:val="6"/>
  </w:num>
  <w:num w:numId="3" w16cid:durableId="533621170">
    <w:abstractNumId w:val="5"/>
  </w:num>
  <w:num w:numId="4" w16cid:durableId="1313176296">
    <w:abstractNumId w:val="4"/>
  </w:num>
  <w:num w:numId="5" w16cid:durableId="222913781">
    <w:abstractNumId w:val="7"/>
  </w:num>
  <w:num w:numId="6" w16cid:durableId="1460612935">
    <w:abstractNumId w:val="3"/>
  </w:num>
  <w:num w:numId="7" w16cid:durableId="705526826">
    <w:abstractNumId w:val="2"/>
  </w:num>
  <w:num w:numId="8" w16cid:durableId="725034734">
    <w:abstractNumId w:val="1"/>
  </w:num>
  <w:num w:numId="9" w16cid:durableId="1640500940">
    <w:abstractNumId w:val="0"/>
  </w:num>
  <w:num w:numId="10" w16cid:durableId="8546582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0153"/>
    <w:rsid w:val="00211C03"/>
    <w:rsid w:val="0029639D"/>
    <w:rsid w:val="002B324A"/>
    <w:rsid w:val="00326F90"/>
    <w:rsid w:val="0038049E"/>
    <w:rsid w:val="00640275"/>
    <w:rsid w:val="0088610A"/>
    <w:rsid w:val="009706E1"/>
    <w:rsid w:val="009A25F0"/>
    <w:rsid w:val="00A95013"/>
    <w:rsid w:val="00AA1D8D"/>
    <w:rsid w:val="00B47730"/>
    <w:rsid w:val="00CB0664"/>
    <w:rsid w:val="00D16A78"/>
    <w:rsid w:val="00D639F5"/>
    <w:rsid w:val="00E02CD7"/>
    <w:rsid w:val="00E814B2"/>
    <w:rsid w:val="00EA6B9D"/>
    <w:rsid w:val="00EE143C"/>
    <w:rsid w:val="00EF2051"/>
    <w:rsid w:val="00EF493C"/>
    <w:rsid w:val="00F2553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DFF8B8"/>
  <w14:defaultImageDpi w14:val="300"/>
  <w15:docId w15:val="{6572C85F-A01C-4785-BD06-037B82C02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color w:val="333333"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tabs>
        <w:tab w:val="clear" w:pos="720"/>
        <w:tab w:val="num" w:pos="360"/>
      </w:tabs>
      <w:ind w:left="0" w:firstLine="0"/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993</Words>
  <Characters>5962</Characters>
  <Application>Microsoft Office Word</Application>
  <DocSecurity>0</DocSecurity>
  <Lines>49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6942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Alicja Polucha</cp:lastModifiedBy>
  <cp:revision>9</cp:revision>
  <cp:lastPrinted>2026-09-11T08:17:00Z</cp:lastPrinted>
  <dcterms:created xsi:type="dcterms:W3CDTF">2026-09-03T08:30:00Z</dcterms:created>
  <dcterms:modified xsi:type="dcterms:W3CDTF">2026-09-11T08:17:00Z</dcterms:modified>
  <cp:category/>
</cp:coreProperties>
</file>